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4E" w:rsidRDefault="00A274F6">
      <w:pPr>
        <w:spacing w:after="80"/>
        <w:jc w:val="center"/>
      </w:pPr>
      <w:bookmarkStart w:id="0" w:name="_GoBack"/>
      <w:bookmarkEnd w:id="0"/>
      <w:r>
        <w:rPr>
          <w:rFonts w:cs="Times New Roman"/>
          <w:b/>
        </w:rPr>
        <w:t>СОГЛАСИЕ НА ОБРАБОТКУ ПЕРСОНАЛЬНЫХ ДАННЫХ</w:t>
      </w:r>
    </w:p>
    <w:p w:rsidR="0093274E" w:rsidRDefault="00A274F6">
      <w:pPr>
        <w:spacing w:after="160"/>
        <w:jc w:val="center"/>
      </w:pPr>
      <w:r>
        <w:rPr>
          <w:rFonts w:cs="Times New Roman"/>
          <w:b/>
        </w:rPr>
        <w:t>для форм сайта LISRENT EDU</w:t>
      </w:r>
    </w:p>
    <w:p w:rsidR="0093274E" w:rsidRDefault="00A274F6">
      <w:pPr>
        <w:spacing w:after="100"/>
      </w:pPr>
      <w:r>
        <w:rPr>
          <w:rFonts w:cs="Times New Roman"/>
        </w:rPr>
        <w:t xml:space="preserve">Я, субъект персональных данных, действуя свободно, своей волей и в своем интересе, предоставляю индивидуальному предпринимателю Магомадову Аслану Герихановичу согласие на обработку </w:t>
      </w:r>
      <w:r>
        <w:rPr>
          <w:rFonts w:cs="Times New Roman"/>
        </w:rPr>
        <w:t xml:space="preserve">сведений, которые я указываю в форме сайта LISRENT EDU. Согласие относится к рассмотрению конкретной заявки и предварительному взаимодействию до заключения отдельного договора. Реклама, необязательная аналитика, публикация отзывов и передача платформенной </w:t>
      </w:r>
      <w:r>
        <w:rPr>
          <w:rFonts w:cs="Times New Roman"/>
        </w:rPr>
        <w:t>заявки оформляются самостоятельными действиями.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1. ОПЕРАТОР</w:t>
      </w:r>
    </w:p>
    <w:p w:rsidR="0093274E" w:rsidRDefault="00A274F6">
      <w:r>
        <w:rPr>
          <w:rFonts w:cs="Times New Roman"/>
        </w:rPr>
        <w:t>1.1. Оператором персональных данных является индивидуальный предприниматель Магомадов Аслан Гериханович.</w:t>
      </w:r>
    </w:p>
    <w:p w:rsidR="0093274E" w:rsidRDefault="00A274F6">
      <w:r>
        <w:rPr>
          <w:rFonts w:cs="Times New Roman"/>
        </w:rPr>
        <w:t>1.2. ИНН оператора: 201010728477. ОГРНИП: 322100000003210. Место регистрации: Российская Фе</w:t>
      </w:r>
      <w:r>
        <w:rPr>
          <w:rFonts w:cs="Times New Roman"/>
        </w:rPr>
        <w:t>дерация, Республика Карелия, город Кондопога.</w:t>
      </w:r>
    </w:p>
    <w:p w:rsidR="0093274E" w:rsidRDefault="00A274F6">
      <w:r>
        <w:rPr>
          <w:rFonts w:cs="Times New Roman"/>
        </w:rPr>
        <w:t>1.3. Адрес сайта: https://lisrent-edu.ru.</w:t>
      </w:r>
    </w:p>
    <w:p w:rsidR="0093274E" w:rsidRDefault="00A274F6">
      <w:r>
        <w:rPr>
          <w:rFonts w:cs="Times New Roman"/>
        </w:rPr>
        <w:t>1.4. Адрес электронной почты для обращений и отзыва согласия: lisrent@online-org.ru.</w:t>
      </w:r>
    </w:p>
    <w:p w:rsidR="0093274E" w:rsidRDefault="00A274F6">
      <w:r>
        <w:rPr>
          <w:rFonts w:cs="Times New Roman"/>
        </w:rPr>
        <w:t>1.5. Телефон для связи: +7 993 640-83-30.</w:t>
      </w:r>
    </w:p>
    <w:p w:rsidR="0093274E" w:rsidRDefault="00A274F6">
      <w:r>
        <w:rPr>
          <w:rFonts w:cs="Times New Roman"/>
        </w:rPr>
        <w:t>1.6. Оператор рассматривает заявки на обу</w:t>
      </w:r>
      <w:r>
        <w:rPr>
          <w:rFonts w:cs="Times New Roman"/>
        </w:rPr>
        <w:t>чение, юридические и консультационные услуги, разработку документов и связанные направления, представленные на сайте.</w:t>
      </w:r>
    </w:p>
    <w:p w:rsidR="0093274E" w:rsidRDefault="00A274F6">
      <w:r>
        <w:rPr>
          <w:rFonts w:cs="Times New Roman"/>
        </w:rPr>
        <w:t>1.7. Для платформенной заявки применяется специальный порядок, установленный отдельным разделом настоящего документа и отдельным элементом</w:t>
      </w:r>
      <w:r>
        <w:rPr>
          <w:rFonts w:cs="Times New Roman"/>
        </w:rPr>
        <w:t xml:space="preserve"> интерфейса.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2. СУБЪЕКТ И СПОСОБ ИДЕНТИФИКАЦИИ</w:t>
      </w:r>
    </w:p>
    <w:p w:rsidR="0093274E" w:rsidRDefault="00A274F6">
      <w:r>
        <w:rPr>
          <w:rFonts w:cs="Times New Roman"/>
        </w:rPr>
        <w:t>2.1. Согласие предоставляет физическое лицо, которое самостоятельно вводит свои сведения в форму и совершает активное действие рядом со ссылкой на текст согласия.</w:t>
      </w:r>
    </w:p>
    <w:p w:rsidR="0093274E" w:rsidRDefault="00A274F6">
      <w:r>
        <w:rPr>
          <w:rFonts w:cs="Times New Roman"/>
        </w:rPr>
        <w:t>2.2. Для электронного обращения субъект иденти</w:t>
      </w:r>
      <w:r>
        <w:rPr>
          <w:rFonts w:cs="Times New Roman"/>
        </w:rPr>
        <w:t>фицируется по совокупности введенных контактных данных и технической записи отправки формы.</w:t>
      </w:r>
    </w:p>
    <w:p w:rsidR="0093274E" w:rsidRDefault="00A274F6">
      <w:r>
        <w:rPr>
          <w:rFonts w:cs="Times New Roman"/>
        </w:rPr>
        <w:t>2.3. Паспортные данные не требуются для обычного согласия на рассмотрение заявки, поскольку закон не устанавливает обязательную письменную форму для этой операции.</w:t>
      </w:r>
    </w:p>
    <w:p w:rsidR="0093274E" w:rsidRDefault="00A274F6">
      <w:r>
        <w:rPr>
          <w:rFonts w:cs="Times New Roman"/>
        </w:rPr>
        <w:t>2.4. Если специальный вид обработки требует письменного согласия, оператор получает отдельный документ с обязательными реквизитами до начала такой обработки.</w:t>
      </w:r>
    </w:p>
    <w:p w:rsidR="0093274E" w:rsidRDefault="00A274F6">
      <w:r>
        <w:rPr>
          <w:rFonts w:cs="Times New Roman"/>
        </w:rPr>
        <w:t>2.5. Лицо, действующее за другого субъекта, указывает это обстоятельство и предоставляет сведения,</w:t>
      </w:r>
      <w:r>
        <w:rPr>
          <w:rFonts w:cs="Times New Roman"/>
        </w:rPr>
        <w:t xml:space="preserve"> позволяющие проверить полномочия представителя.</w:t>
      </w:r>
    </w:p>
    <w:p w:rsidR="0093274E" w:rsidRDefault="00A274F6">
      <w:r>
        <w:rPr>
          <w:rFonts w:cs="Times New Roman"/>
        </w:rPr>
        <w:t>2.6. Общая форма не предназначена для самостоятельного обращения недееспособного лица или несовершеннолетнего, когда по закону требуется участие законного представителя.</w:t>
      </w:r>
    </w:p>
    <w:p w:rsidR="0093274E" w:rsidRDefault="00A274F6">
      <w:r>
        <w:rPr>
          <w:rFonts w:cs="Times New Roman"/>
        </w:rPr>
        <w:t>2.7. Использование чужого телефона, э</w:t>
      </w:r>
      <w:r>
        <w:rPr>
          <w:rFonts w:cs="Times New Roman"/>
        </w:rPr>
        <w:t>лектронной почты или имени без законного основания не допускается.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3. САМОСТОЯТЕЛЬНОСТЬ СОГЛАСИЯ</w:t>
      </w:r>
    </w:p>
    <w:p w:rsidR="0093274E" w:rsidRDefault="00A274F6">
      <w:r>
        <w:rPr>
          <w:rFonts w:cs="Times New Roman"/>
        </w:rPr>
        <w:t>3.1. Согласие оформляется отдельно от договора, пользовательского соглашения, Политики конфиденциальности и иной информации, которую подтверждает субъект.</w:t>
      </w:r>
    </w:p>
    <w:p w:rsidR="0093274E" w:rsidRDefault="00A274F6">
      <w:r>
        <w:rPr>
          <w:rFonts w:cs="Times New Roman"/>
        </w:rPr>
        <w:t>3.2.</w:t>
      </w:r>
      <w:r>
        <w:rPr>
          <w:rFonts w:cs="Times New Roman"/>
        </w:rPr>
        <w:t xml:space="preserve"> Ознакомление с Политикой обработки персональных данных не заменяет предоставление настоящего согласия.</w:t>
      </w:r>
    </w:p>
    <w:p w:rsidR="0093274E" w:rsidRDefault="00A274F6">
      <w:r>
        <w:rPr>
          <w:rFonts w:cs="Times New Roman"/>
        </w:rPr>
        <w:t>3.3. Согласие не включается в текст договора на обучение, юридические услуги или платформу.</w:t>
      </w:r>
    </w:p>
    <w:p w:rsidR="0093274E" w:rsidRDefault="00A274F6">
      <w:r>
        <w:rPr>
          <w:rFonts w:cs="Times New Roman"/>
        </w:rPr>
        <w:t>3.4. Элемент выбора не установлен заранее и требует самостоя</w:t>
      </w:r>
      <w:r>
        <w:rPr>
          <w:rFonts w:cs="Times New Roman"/>
        </w:rPr>
        <w:t>тельного действия субъекта.</w:t>
      </w:r>
    </w:p>
    <w:p w:rsidR="0093274E" w:rsidRDefault="00A274F6">
      <w:r>
        <w:rPr>
          <w:rFonts w:cs="Times New Roman"/>
        </w:rPr>
        <w:t>3.5. Отсутствие активного действия или простой просмотр страницы не считаются предоставлением согласия.</w:t>
      </w:r>
    </w:p>
    <w:p w:rsidR="0093274E" w:rsidRDefault="00A274F6">
      <w:r>
        <w:rPr>
          <w:rFonts w:cs="Times New Roman"/>
        </w:rPr>
        <w:t>3.6. Текст доступен до отправки формы и может быть сохранен или распечатан субъектом.</w:t>
      </w:r>
    </w:p>
    <w:p w:rsidR="0093274E" w:rsidRDefault="00A274F6">
      <w:r>
        <w:rPr>
          <w:rFonts w:cs="Times New Roman"/>
        </w:rPr>
        <w:t xml:space="preserve">3.7. Оператор фиксирует именно ту </w:t>
      </w:r>
      <w:r>
        <w:rPr>
          <w:rFonts w:cs="Times New Roman"/>
        </w:rPr>
        <w:t>версию текста, которая была доступна субъекту в момент совершения действия.</w:t>
      </w:r>
    </w:p>
    <w:p w:rsidR="0093274E" w:rsidRDefault="00A274F6">
      <w:r>
        <w:rPr>
          <w:rFonts w:cs="Times New Roman"/>
        </w:rPr>
        <w:lastRenderedPageBreak/>
        <w:t>3.8. Изменение документа не расширяет ранее предоставленное согласие без нового волеизъявления, когда оно требуется законом.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4. НАЗНАЧЕНИЕ САЙТА И ПРЕДЕЛЫ СОГЛАСИЯ</w:t>
      </w:r>
    </w:p>
    <w:p w:rsidR="0093274E" w:rsidRDefault="00A274F6">
      <w:r>
        <w:rPr>
          <w:rFonts w:cs="Times New Roman"/>
        </w:rPr>
        <w:t>4.1. Сайт LISREN</w:t>
      </w:r>
      <w:r>
        <w:rPr>
          <w:rFonts w:cs="Times New Roman"/>
        </w:rPr>
        <w:t>T EDU представляет платформу LISRENT, обучение, обучение команд, юридические и консультационные услуги.</w:t>
      </w:r>
    </w:p>
    <w:p w:rsidR="0093274E" w:rsidRDefault="00A274F6">
      <w:r>
        <w:rPr>
          <w:rFonts w:cs="Times New Roman"/>
        </w:rPr>
        <w:t>4.2. Настоящее согласие используется для направления заявки и предварительного общения до заключения отдельного договора.</w:t>
      </w:r>
    </w:p>
    <w:p w:rsidR="0093274E" w:rsidRDefault="00A274F6">
      <w:r>
        <w:rPr>
          <w:rFonts w:cs="Times New Roman"/>
        </w:rPr>
        <w:t>4.3. Отправка формы не заключа</w:t>
      </w:r>
      <w:r>
        <w:rPr>
          <w:rFonts w:cs="Times New Roman"/>
        </w:rPr>
        <w:t>ет договор, не акцептует публичную оферту, не подтверждает цену и не создает обязанности оплатить услугу.</w:t>
      </w:r>
    </w:p>
    <w:p w:rsidR="0093274E" w:rsidRDefault="00A274F6">
      <w:r>
        <w:rPr>
          <w:rFonts w:cs="Times New Roman"/>
        </w:rPr>
        <w:t>4.4. Если стороны продолжают взаимодействие, предмет, исполнитель, цена, сроки и документы определяются отдельным договором.</w:t>
      </w:r>
    </w:p>
    <w:p w:rsidR="0093274E" w:rsidRDefault="00A274F6">
      <w:r>
        <w:rPr>
          <w:rFonts w:cs="Times New Roman"/>
        </w:rPr>
        <w:t xml:space="preserve">4.5. Данные, необходимые </w:t>
      </w:r>
      <w:r>
        <w:rPr>
          <w:rFonts w:cs="Times New Roman"/>
        </w:rPr>
        <w:t>после заключения договора, обрабатываются на основании договора, закона или отдельного согласия в зависимости от конкретной операции.</w:t>
      </w:r>
    </w:p>
    <w:p w:rsidR="0093274E" w:rsidRDefault="00A274F6">
      <w:r>
        <w:rPr>
          <w:rFonts w:cs="Times New Roman"/>
        </w:rPr>
        <w:t>4.6. Согласие не распространяется автоматически на личный кабинет школы или ученика по адресу https://lisrent.online.</w:t>
      </w:r>
    </w:p>
    <w:p w:rsidR="0093274E" w:rsidRDefault="00A274F6">
      <w:r>
        <w:rPr>
          <w:rFonts w:cs="Times New Roman"/>
        </w:rPr>
        <w:t>4.7.</w:t>
      </w:r>
      <w:r>
        <w:rPr>
          <w:rFonts w:cs="Times New Roman"/>
        </w:rPr>
        <w:t xml:space="preserve"> После перехода на платформу применяются самостоятельные документы платформы.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5. ОСНОВНАЯ ЦЕЛЬ</w:t>
      </w:r>
    </w:p>
    <w:p w:rsidR="0093274E" w:rsidRDefault="00A274F6">
      <w:r>
        <w:rPr>
          <w:rFonts w:cs="Times New Roman"/>
        </w:rPr>
        <w:t>5.1. Основной целью является прием и регистрация заявки, направленной через сайт.</w:t>
      </w:r>
    </w:p>
    <w:p w:rsidR="0093274E" w:rsidRDefault="00A274F6">
      <w:r>
        <w:rPr>
          <w:rFonts w:cs="Times New Roman"/>
        </w:rPr>
        <w:t>5.2. Оператор использует сведения, чтобы установить способ связи и ответить зая</w:t>
      </w:r>
      <w:r>
        <w:rPr>
          <w:rFonts w:cs="Times New Roman"/>
        </w:rPr>
        <w:t>вителю.</w:t>
      </w:r>
    </w:p>
    <w:p w:rsidR="0093274E" w:rsidRDefault="00A274F6">
      <w:r>
        <w:rPr>
          <w:rFonts w:cs="Times New Roman"/>
        </w:rPr>
        <w:t>5.3. Содержание заявки анализируется для определения направления и специалиста, компетентного рассмотреть вопрос.</w:t>
      </w:r>
    </w:p>
    <w:p w:rsidR="0093274E" w:rsidRDefault="00A274F6">
      <w:r>
        <w:rPr>
          <w:rFonts w:cs="Times New Roman"/>
        </w:rPr>
        <w:t>5.4. Оператор вправе уточнить задачу, регион, статус заявителя, предполагаемый объем и желаемый результат.</w:t>
      </w:r>
    </w:p>
    <w:p w:rsidR="0093274E" w:rsidRDefault="00A274F6">
      <w:r>
        <w:rPr>
          <w:rFonts w:cs="Times New Roman"/>
        </w:rPr>
        <w:t>5.5. По результатам может б</w:t>
      </w:r>
      <w:r>
        <w:rPr>
          <w:rFonts w:cs="Times New Roman"/>
        </w:rPr>
        <w:t>ыть подготовлено индивидуальное предложение, расчет, описание программы, перечень документов или приглашение на консультацию.</w:t>
      </w:r>
    </w:p>
    <w:p w:rsidR="0093274E" w:rsidRDefault="00A274F6">
      <w:r>
        <w:rPr>
          <w:rFonts w:cs="Times New Roman"/>
        </w:rPr>
        <w:t>5.6. Согласие позволяет согласовать условия отдельного договора, но не заменяет сам договор.</w:t>
      </w:r>
    </w:p>
    <w:p w:rsidR="0093274E" w:rsidRDefault="00A274F6">
      <w:r>
        <w:rPr>
          <w:rFonts w:cs="Times New Roman"/>
        </w:rPr>
        <w:t xml:space="preserve">5.7. Обработка ограничивается </w:t>
      </w:r>
      <w:r>
        <w:rPr>
          <w:rFonts w:cs="Times New Roman"/>
        </w:rPr>
        <w:t>сведениями, которые объективно необходимы для конкретной заявки и предварительного взаимодействия.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6. НАПРАВЛЕНИЕ ОБУЧЕНИЯ</w:t>
      </w:r>
    </w:p>
    <w:p w:rsidR="0093274E" w:rsidRDefault="00A274F6">
      <w:r>
        <w:rPr>
          <w:rFonts w:cs="Times New Roman"/>
        </w:rPr>
        <w:t>6.1. При выборе обучения сведения используются для подбора программы, формата, уровня и предполагаемого состава участников.</w:t>
      </w:r>
    </w:p>
    <w:p w:rsidR="0093274E" w:rsidRDefault="00A274F6">
      <w:r>
        <w:rPr>
          <w:rFonts w:cs="Times New Roman"/>
        </w:rPr>
        <w:t>6.2. На э</w:t>
      </w:r>
      <w:r>
        <w:rPr>
          <w:rFonts w:cs="Times New Roman"/>
        </w:rPr>
        <w:t>тапе заявки могут уточняться профессиональный статус, цель обучения, регион, предпочтительное время и количество участников.</w:t>
      </w:r>
    </w:p>
    <w:p w:rsidR="0093274E" w:rsidRDefault="00A274F6">
      <w:r>
        <w:rPr>
          <w:rFonts w:cs="Times New Roman"/>
        </w:rPr>
        <w:t>6.3. Паспорт, СНИЛС, документ об образовании и иные сведения для зачисления не запрашиваются через общую форму.</w:t>
      </w:r>
    </w:p>
    <w:p w:rsidR="0093274E" w:rsidRDefault="00A274F6">
      <w:r>
        <w:rPr>
          <w:rFonts w:cs="Times New Roman"/>
        </w:rPr>
        <w:t xml:space="preserve">6.4. Если обучение </w:t>
      </w:r>
      <w:r>
        <w:rPr>
          <w:rFonts w:cs="Times New Roman"/>
        </w:rPr>
        <w:t>будет оформлено, необходимые документы запрашиваются после определения программы и правового основания.</w:t>
      </w:r>
    </w:p>
    <w:p w:rsidR="0093274E" w:rsidRDefault="00A274F6">
      <w:r>
        <w:rPr>
          <w:rFonts w:cs="Times New Roman"/>
        </w:rPr>
        <w:t>6.5. Сведения об успеваемости, заданиях и аттестации не входят в настоящее согласие, если они еще не создаются на этапе заявки.</w:t>
      </w:r>
    </w:p>
    <w:p w:rsidR="0093274E" w:rsidRDefault="00A274F6">
      <w:r>
        <w:rPr>
          <w:rFonts w:cs="Times New Roman"/>
        </w:rPr>
        <w:t>6.6. Если обучение прово</w:t>
      </w:r>
      <w:r>
        <w:rPr>
          <w:rFonts w:cs="Times New Roman"/>
        </w:rPr>
        <w:t>дится на платформе LISRENT, регистрация и учебная активность регулируются отдельными документами платформы.</w:t>
      </w:r>
    </w:p>
    <w:p w:rsidR="0093274E" w:rsidRDefault="00A274F6">
      <w:r>
        <w:rPr>
          <w:rFonts w:cs="Times New Roman"/>
        </w:rPr>
        <w:t>6.7. Отказ от рекламных сообщений не препятствует рассмотрению заявки на обучение.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7. НАПРАВЛЕНИЕ ЮРИДИЧЕСКИХ УСЛУГ</w:t>
      </w:r>
    </w:p>
    <w:p w:rsidR="0093274E" w:rsidRDefault="00A274F6">
      <w:r>
        <w:rPr>
          <w:rFonts w:cs="Times New Roman"/>
        </w:rPr>
        <w:t>7.1. При выборе юридического нап</w:t>
      </w:r>
      <w:r>
        <w:rPr>
          <w:rFonts w:cs="Times New Roman"/>
        </w:rPr>
        <w:t>равления сведения используются для первичной оценки предмета, объема и возможности принять задачу.</w:t>
      </w:r>
    </w:p>
    <w:p w:rsidR="0093274E" w:rsidRDefault="00A274F6">
      <w:r>
        <w:rPr>
          <w:rFonts w:cs="Times New Roman"/>
        </w:rPr>
        <w:t>7.2. В общей форме следует указывать краткое описание без паспортов, медицинских сведений, паролей и массивов данных третьих лиц.</w:t>
      </w:r>
    </w:p>
    <w:p w:rsidR="0093274E" w:rsidRDefault="00A274F6">
      <w:r>
        <w:rPr>
          <w:rFonts w:cs="Times New Roman"/>
        </w:rPr>
        <w:lastRenderedPageBreak/>
        <w:t xml:space="preserve">7.3. Для предварительного </w:t>
      </w:r>
      <w:r>
        <w:rPr>
          <w:rFonts w:cs="Times New Roman"/>
        </w:rPr>
        <w:t>анализа достаточно обезличенного описания, если личность участника не влияет на правовую оценку.</w:t>
      </w:r>
    </w:p>
    <w:p w:rsidR="0093274E" w:rsidRDefault="00A274F6">
      <w:r>
        <w:rPr>
          <w:rFonts w:cs="Times New Roman"/>
        </w:rPr>
        <w:t>7.4. Передача договоров, кадровых документов, списков учеников и иных файлов согласовывается после первичного ответа по защищенному каналу.</w:t>
      </w:r>
    </w:p>
    <w:p w:rsidR="0093274E" w:rsidRDefault="00A274F6">
      <w:r>
        <w:rPr>
          <w:rFonts w:cs="Times New Roman"/>
        </w:rPr>
        <w:t>7.5. Настоящее согл</w:t>
      </w:r>
      <w:r>
        <w:rPr>
          <w:rFonts w:cs="Times New Roman"/>
        </w:rPr>
        <w:t>асие не дает оператору право использовать материалы одного клиента в идентифицируемом виде для другого клиента.</w:t>
      </w:r>
    </w:p>
    <w:p w:rsidR="0093274E" w:rsidRDefault="00A274F6">
      <w:r>
        <w:rPr>
          <w:rFonts w:cs="Times New Roman"/>
        </w:rPr>
        <w:t>7.6. Если юридическая задача требует специальных категорий или данных третьих лиц, основание и порядок обработки определяются до получения докум</w:t>
      </w:r>
      <w:r>
        <w:rPr>
          <w:rFonts w:cs="Times New Roman"/>
        </w:rPr>
        <w:t>ента.</w:t>
      </w:r>
    </w:p>
    <w:p w:rsidR="0093274E" w:rsidRDefault="00A274F6">
      <w:r>
        <w:rPr>
          <w:rFonts w:cs="Times New Roman"/>
        </w:rPr>
        <w:t>7.7. Сведения не публикуются как кейс, отзыв или пример без отдельного согласия на распространение.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8. ДРУГИЕ НАПРАВЛЕНИЯ</w:t>
      </w:r>
    </w:p>
    <w:p w:rsidR="0093274E" w:rsidRDefault="00A274F6">
      <w:r>
        <w:rPr>
          <w:rFonts w:cs="Times New Roman"/>
        </w:rPr>
        <w:t>8.1. Заявка может относиться к запуску образовательного проекта, получению лицензии, сайту и документам, сопровождению или аудит</w:t>
      </w:r>
      <w:r>
        <w:rPr>
          <w:rFonts w:cs="Times New Roman"/>
        </w:rPr>
        <w:t>у.</w:t>
      </w:r>
    </w:p>
    <w:p w:rsidR="0093274E" w:rsidRDefault="00A274F6">
      <w:r>
        <w:rPr>
          <w:rFonts w:cs="Times New Roman"/>
        </w:rPr>
        <w:t>8.2. Заявка может относиться к разработке курса, образовательной программы, юридического модуля или иного согласованного результата.</w:t>
      </w:r>
    </w:p>
    <w:p w:rsidR="0093274E" w:rsidRDefault="00A274F6">
      <w:r>
        <w:rPr>
          <w:rFonts w:cs="Times New Roman"/>
        </w:rPr>
        <w:t>8.3. Если заявитель не определил направление, оператор вправе уточнить задачу и предложить подходящий вид взаимодействия</w:t>
      </w:r>
      <w:r>
        <w:rPr>
          <w:rFonts w:cs="Times New Roman"/>
        </w:rPr>
        <w:t>.</w:t>
      </w:r>
    </w:p>
    <w:p w:rsidR="0093274E" w:rsidRDefault="00A274F6">
      <w:r>
        <w:rPr>
          <w:rFonts w:cs="Times New Roman"/>
        </w:rPr>
        <w:t>8.4. Выбор направления не разрешает обработку данных, которые не связаны с ним.</w:t>
      </w:r>
    </w:p>
    <w:p w:rsidR="0093274E" w:rsidRDefault="00A274F6">
      <w:r>
        <w:rPr>
          <w:rFonts w:cs="Times New Roman"/>
        </w:rPr>
        <w:t>8.5. При изменении направления оператор уточняет необходимость новых сведений и не использует прежние данные для несовместимой цели без основания.</w:t>
      </w:r>
    </w:p>
    <w:p w:rsidR="0093274E" w:rsidRDefault="00A274F6">
      <w:r>
        <w:rPr>
          <w:rFonts w:cs="Times New Roman"/>
        </w:rPr>
        <w:t>8.6. Согласие применяется к</w:t>
      </w:r>
      <w:r>
        <w:rPr>
          <w:rFonts w:cs="Times New Roman"/>
        </w:rPr>
        <w:t xml:space="preserve"> предварительному общению по одному или нескольким направлениям, которые сам заявитель указал в форме или последующей переписке.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9. ПЕРЕЧЕНЬ ДАННЫХ ОСНОВНОЙ ФОРМЫ</w:t>
      </w:r>
    </w:p>
    <w:p w:rsidR="0093274E" w:rsidRDefault="00A274F6">
      <w:r>
        <w:rPr>
          <w:rFonts w:cs="Times New Roman"/>
        </w:rPr>
        <w:t>9.1. Имя, указанное заявителем для обращения к нему.</w:t>
      </w:r>
    </w:p>
    <w:p w:rsidR="0093274E" w:rsidRDefault="00A274F6">
      <w:r>
        <w:rPr>
          <w:rFonts w:cs="Times New Roman"/>
        </w:rPr>
        <w:t>9.2. Номер телефона.</w:t>
      </w:r>
    </w:p>
    <w:p w:rsidR="0093274E" w:rsidRDefault="00A274F6">
      <w:r>
        <w:rPr>
          <w:rFonts w:cs="Times New Roman"/>
        </w:rPr>
        <w:t>9.3. Адрес электрон</w:t>
      </w:r>
      <w:r>
        <w:rPr>
          <w:rFonts w:cs="Times New Roman"/>
        </w:rPr>
        <w:t>ной почты.</w:t>
      </w:r>
    </w:p>
    <w:p w:rsidR="0093274E" w:rsidRDefault="00A274F6">
      <w:r>
        <w:rPr>
          <w:rFonts w:cs="Times New Roman"/>
        </w:rPr>
        <w:t>9.4. Предпочтительный способ связи.</w:t>
      </w:r>
    </w:p>
    <w:p w:rsidR="0093274E" w:rsidRDefault="00A274F6">
      <w:r>
        <w:rPr>
          <w:rFonts w:cs="Times New Roman"/>
        </w:rPr>
        <w:t>9.5. Идентификатор или имя пользователя в Telegram либо MAX, если соответствующий канал выбран и фактически используется.</w:t>
      </w:r>
    </w:p>
    <w:p w:rsidR="0093274E" w:rsidRDefault="00A274F6">
      <w:r>
        <w:rPr>
          <w:rFonts w:cs="Times New Roman"/>
        </w:rPr>
        <w:t>9.6. Направление обращения и сведения о выбранном продукте или услуге.</w:t>
      </w:r>
    </w:p>
    <w:p w:rsidR="0093274E" w:rsidRDefault="00A274F6">
      <w:r>
        <w:rPr>
          <w:rFonts w:cs="Times New Roman"/>
        </w:rPr>
        <w:t xml:space="preserve">9.7. Регион или </w:t>
      </w:r>
      <w:r>
        <w:rPr>
          <w:rFonts w:cs="Times New Roman"/>
        </w:rPr>
        <w:t>населенный пункт, если они необходимы для оценки задачи или организации обучения.</w:t>
      </w:r>
    </w:p>
    <w:p w:rsidR="0093274E" w:rsidRDefault="00A274F6">
      <w:r>
        <w:rPr>
          <w:rFonts w:cs="Times New Roman"/>
        </w:rPr>
        <w:t>9.8. Комментарий и описание задачи в объеме, который заявитель добровольно вводит в форму.</w:t>
      </w:r>
    </w:p>
    <w:p w:rsidR="0093274E" w:rsidRDefault="00A274F6">
      <w:r>
        <w:rPr>
          <w:rFonts w:cs="Times New Roman"/>
        </w:rPr>
        <w:t>9.9. Наименование организации, должность или статус представителя, если заявка напр</w:t>
      </w:r>
      <w:r>
        <w:rPr>
          <w:rFonts w:cs="Times New Roman"/>
        </w:rPr>
        <w:t>авляется в интересах организации.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10. ТЕХНИЧЕСКИЕ ДОКАЗАТЕЛЬСТВА</w:t>
      </w:r>
    </w:p>
    <w:p w:rsidR="0093274E" w:rsidRDefault="00A274F6">
      <w:r>
        <w:rPr>
          <w:rFonts w:cs="Times New Roman"/>
        </w:rPr>
        <w:t>10.1. Для подтверждения факта предоставления согласия обрабатываются дата и время отправки формы.</w:t>
      </w:r>
    </w:p>
    <w:p w:rsidR="0093274E" w:rsidRDefault="00A274F6">
      <w:r>
        <w:rPr>
          <w:rFonts w:cs="Times New Roman"/>
        </w:rPr>
        <w:t>10.2. Фиксируются адрес страницы, идентификатор формы и версия текста, доступного заявителю.</w:t>
      </w:r>
    </w:p>
    <w:p w:rsidR="0093274E" w:rsidRDefault="00A274F6">
      <w:r>
        <w:rPr>
          <w:rFonts w:cs="Times New Roman"/>
        </w:rPr>
        <w:lastRenderedPageBreak/>
        <w:t>10.3. Может фиксироваться IP-адрес и технический идентификатор сессии в объеме, необходимом для безопасности и доказательства волеизъявления.</w:t>
      </w:r>
    </w:p>
    <w:p w:rsidR="0093274E" w:rsidRDefault="00A274F6">
      <w:r>
        <w:rPr>
          <w:rFonts w:cs="Times New Roman"/>
        </w:rPr>
        <w:t>10.4. Фиксируется состояние отдельного элемента выбора до отправки формы.</w:t>
      </w:r>
    </w:p>
    <w:p w:rsidR="0093274E" w:rsidRDefault="00A274F6">
      <w:r>
        <w:rPr>
          <w:rFonts w:cs="Times New Roman"/>
        </w:rPr>
        <w:t xml:space="preserve">10.5. Могут сохраняться тип браузера, </w:t>
      </w:r>
      <w:r>
        <w:rPr>
          <w:rFonts w:cs="Times New Roman"/>
        </w:rPr>
        <w:t>устройство и результат технической проверки формы, если это требуется для расследования ошибки или злоупотребления.</w:t>
      </w:r>
    </w:p>
    <w:p w:rsidR="0093274E" w:rsidRDefault="00A274F6">
      <w:r>
        <w:rPr>
          <w:rFonts w:cs="Times New Roman"/>
        </w:rPr>
        <w:t>10.6. Техническая запись не используется для скрытого профилирования, оценки платежеспособности или рекламы без отдельного основания.</w:t>
      </w:r>
    </w:p>
    <w:p w:rsidR="0093274E" w:rsidRDefault="00A274F6">
      <w:r>
        <w:rPr>
          <w:rFonts w:cs="Times New Roman"/>
        </w:rPr>
        <w:t xml:space="preserve">10.7. </w:t>
      </w:r>
      <w:r>
        <w:rPr>
          <w:rFonts w:cs="Times New Roman"/>
        </w:rPr>
        <w:t>Обязанность подтвердить получение согласия и соответствие его содержания закону несет оператор.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11. ДАННЫЕ, НЕ ЗАПРАШИВАЕМЫЕ В ФОРМЕ</w:t>
      </w:r>
    </w:p>
    <w:p w:rsidR="0093274E" w:rsidRDefault="00A274F6">
      <w:r>
        <w:rPr>
          <w:rFonts w:cs="Times New Roman"/>
        </w:rPr>
        <w:t>11.1. Общая форма не предназначена для паспортных данных, СНИЛС, ИНН физического лица и банковских реквизитов.</w:t>
      </w:r>
    </w:p>
    <w:p w:rsidR="0093274E" w:rsidRDefault="00A274F6">
      <w:r>
        <w:rPr>
          <w:rFonts w:cs="Times New Roman"/>
        </w:rPr>
        <w:t xml:space="preserve">11.2. Не </w:t>
      </w:r>
      <w:r>
        <w:rPr>
          <w:rFonts w:cs="Times New Roman"/>
        </w:rPr>
        <w:t>следует указывать номер банковской карты, срок ее действия, код безопасности и код подтверждения операции.</w:t>
      </w:r>
    </w:p>
    <w:p w:rsidR="0093274E" w:rsidRDefault="00A274F6">
      <w:r>
        <w:rPr>
          <w:rFonts w:cs="Times New Roman"/>
        </w:rPr>
        <w:t>11.3. Не следует передавать пароль от электронной почты, личного кабинета, мессенджера, сайта или информационной системы.</w:t>
      </w:r>
    </w:p>
    <w:p w:rsidR="0093274E" w:rsidRDefault="00A274F6">
      <w:r>
        <w:rPr>
          <w:rFonts w:cs="Times New Roman"/>
        </w:rPr>
        <w:t>11.4. Не следует направлять</w:t>
      </w:r>
      <w:r>
        <w:rPr>
          <w:rFonts w:cs="Times New Roman"/>
        </w:rPr>
        <w:t xml:space="preserve"> сведения о здоровье, политических взглядах, религиозных убеждениях, интимной жизни или судимости.</w:t>
      </w:r>
    </w:p>
    <w:p w:rsidR="0093274E" w:rsidRDefault="00A274F6">
      <w:r>
        <w:rPr>
          <w:rFonts w:cs="Times New Roman"/>
        </w:rPr>
        <w:t>11.5. Форма не предназначена для биометрических шаблонов, используемых для установления личности.</w:t>
      </w:r>
    </w:p>
    <w:p w:rsidR="0093274E" w:rsidRDefault="00A274F6">
      <w:r>
        <w:rPr>
          <w:rFonts w:cs="Times New Roman"/>
        </w:rPr>
        <w:t>11.6. Не следует включать полные базы работников, учеников,</w:t>
      </w:r>
      <w:r>
        <w:rPr>
          <w:rFonts w:cs="Times New Roman"/>
        </w:rPr>
        <w:t xml:space="preserve"> клиентов и иных третьих лиц.</w:t>
      </w:r>
    </w:p>
    <w:p w:rsidR="0093274E" w:rsidRDefault="00A274F6">
      <w:r>
        <w:rPr>
          <w:rFonts w:cs="Times New Roman"/>
        </w:rPr>
        <w:t>11.7. Если такие сведения поступили без необходимости, оператор ограничивает доступ и принимает решение об удалении либо законном дальнейшем порядке.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12. СПЕЦИАЛЬНЫЕ КАТЕГОРИИ И БИОМЕТРИЯ</w:t>
      </w:r>
    </w:p>
    <w:p w:rsidR="0093274E" w:rsidRDefault="00A274F6">
      <w:r>
        <w:rPr>
          <w:rFonts w:cs="Times New Roman"/>
        </w:rPr>
        <w:t>12.1. Настоящее согласие не является с</w:t>
      </w:r>
      <w:r>
        <w:rPr>
          <w:rFonts w:cs="Times New Roman"/>
        </w:rPr>
        <w:t>огласием на обработку специальных категорий персональных данных.</w:t>
      </w:r>
    </w:p>
    <w:p w:rsidR="0093274E" w:rsidRDefault="00A274F6">
      <w:r>
        <w:rPr>
          <w:rFonts w:cs="Times New Roman"/>
        </w:rPr>
        <w:t>12.2. Настоящее согласие не является письменным согласием на обработку биометрических персональных данных.</w:t>
      </w:r>
    </w:p>
    <w:p w:rsidR="0093274E" w:rsidRDefault="00A274F6">
      <w:r>
        <w:rPr>
          <w:rFonts w:cs="Times New Roman"/>
        </w:rPr>
        <w:t xml:space="preserve">12.3. Обычная фотография не признается автоматически биометрическим шаблоном, но ее </w:t>
      </w:r>
      <w:r>
        <w:rPr>
          <w:rFonts w:cs="Times New Roman"/>
        </w:rPr>
        <w:t>получение и публикация все равно требуют самостоятельного основания.</w:t>
      </w:r>
    </w:p>
    <w:p w:rsidR="0093274E" w:rsidRDefault="00A274F6">
      <w:r>
        <w:rPr>
          <w:rFonts w:cs="Times New Roman"/>
        </w:rPr>
        <w:t>12.4. При необходимости обработать специальную категорию оператор определяет основание по статье 10 Федерального закона № 152-ФЗ до получения сведений.</w:t>
      </w:r>
    </w:p>
    <w:p w:rsidR="0093274E" w:rsidRDefault="00A274F6">
      <w:r>
        <w:rPr>
          <w:rFonts w:cs="Times New Roman"/>
        </w:rPr>
        <w:t>12.5. При необходимости использоват</w:t>
      </w:r>
      <w:r>
        <w:rPr>
          <w:rFonts w:cs="Times New Roman"/>
        </w:rPr>
        <w:t>ь биометрию для установления личности применяется специальный порядок статьи 11 Федерального закона № 152-ФЗ.</w:t>
      </w:r>
    </w:p>
    <w:p w:rsidR="0093274E" w:rsidRDefault="00A274F6">
      <w:r>
        <w:rPr>
          <w:rFonts w:cs="Times New Roman"/>
        </w:rPr>
        <w:t>12.6. Отсутствие специального согласия не препятствует рассмотрению обычной заявки, для которой чувствительные сведения не требуются.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13. ДАННЫЕ Т</w:t>
      </w:r>
      <w:r>
        <w:rPr>
          <w:rFonts w:cs="Times New Roman"/>
          <w:b/>
        </w:rPr>
        <w:t>РЕТЬИХ ЛИЦ</w:t>
      </w:r>
    </w:p>
    <w:p w:rsidR="0093274E" w:rsidRDefault="00A274F6">
      <w:r>
        <w:rPr>
          <w:rFonts w:cs="Times New Roman"/>
        </w:rPr>
        <w:t>13.1. Настоящее согласие относится к персональным данным самого заявителя.</w:t>
      </w:r>
    </w:p>
    <w:p w:rsidR="0093274E" w:rsidRDefault="00A274F6">
      <w:r>
        <w:rPr>
          <w:rFonts w:cs="Times New Roman"/>
        </w:rPr>
        <w:t>13.2. Заявитель не включает в свободное поле сведения другого лица, если это не требуется для задачи и отсутствует законное основание.</w:t>
      </w:r>
    </w:p>
    <w:p w:rsidR="0093274E" w:rsidRDefault="00A274F6">
      <w:r>
        <w:rPr>
          <w:rFonts w:cs="Times New Roman"/>
        </w:rPr>
        <w:t>13.3. Представитель организации мож</w:t>
      </w:r>
      <w:r>
        <w:rPr>
          <w:rFonts w:cs="Times New Roman"/>
        </w:rPr>
        <w:t>ет указать служебные данные уполномоченного контактного лица при наличии соответствующих полномочий.</w:t>
      </w:r>
    </w:p>
    <w:p w:rsidR="0093274E" w:rsidRDefault="00A274F6">
      <w:r>
        <w:rPr>
          <w:rFonts w:cs="Times New Roman"/>
        </w:rPr>
        <w:t>13.4. Передача списка обучающихся, работников или клиентов осуществляется отдельно после определения цели и правового основания.</w:t>
      </w:r>
    </w:p>
    <w:p w:rsidR="0093274E" w:rsidRDefault="00A274F6">
      <w:r>
        <w:rPr>
          <w:rFonts w:cs="Times New Roman"/>
        </w:rPr>
        <w:t>13.5. По запросу оператора</w:t>
      </w:r>
      <w:r>
        <w:rPr>
          <w:rFonts w:cs="Times New Roman"/>
        </w:rPr>
        <w:t xml:space="preserve"> передающая сторона подтверждает наличие основания, предусмотренного законом.</w:t>
      </w:r>
    </w:p>
    <w:p w:rsidR="0093274E" w:rsidRDefault="00A274F6">
      <w:r>
        <w:rPr>
          <w:rFonts w:cs="Times New Roman"/>
        </w:rPr>
        <w:t>13.6. Контакты третьих лиц не используются оператором для собственной рекламы без их отдельного согласия.</w:t>
      </w:r>
    </w:p>
    <w:p w:rsidR="0093274E" w:rsidRDefault="00A274F6">
      <w:r>
        <w:rPr>
          <w:rFonts w:cs="Times New Roman"/>
        </w:rPr>
        <w:lastRenderedPageBreak/>
        <w:t>13.7. При споре обработка соответствующих сведений ограничивается до про</w:t>
      </w:r>
      <w:r>
        <w:rPr>
          <w:rFonts w:cs="Times New Roman"/>
        </w:rPr>
        <w:t>верки, если продолжение создает риск нарушения прав.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14. ОПЕРАЦИИ С ДАННЫМИ</w:t>
      </w:r>
    </w:p>
    <w:p w:rsidR="0093274E" w:rsidRDefault="00A274F6">
      <w:r>
        <w:rPr>
          <w:rFonts w:cs="Times New Roman"/>
        </w:rPr>
        <w:t>14.1. Разрешаются сбор и запись данных, введенных в форму.</w:t>
      </w:r>
    </w:p>
    <w:p w:rsidR="0093274E" w:rsidRDefault="00A274F6">
      <w:r>
        <w:rPr>
          <w:rFonts w:cs="Times New Roman"/>
        </w:rPr>
        <w:t>14.2. Разрешаются систематизация, накопление и хранение в системе учета заявок.</w:t>
      </w:r>
    </w:p>
    <w:p w:rsidR="0093274E" w:rsidRDefault="00A274F6">
      <w:r>
        <w:rPr>
          <w:rFonts w:cs="Times New Roman"/>
        </w:rPr>
        <w:t>14.3. Разрешаются уточнение, обновление и</w:t>
      </w:r>
      <w:r>
        <w:rPr>
          <w:rFonts w:cs="Times New Roman"/>
        </w:rPr>
        <w:t xml:space="preserve"> изменение по сообщению субъекта.</w:t>
      </w:r>
    </w:p>
    <w:p w:rsidR="0093274E" w:rsidRDefault="00A274F6">
      <w:r>
        <w:rPr>
          <w:rFonts w:cs="Times New Roman"/>
        </w:rPr>
        <w:t>14.4. Разрешаются извлечение, просмотр и использование уполномоченным лицом для рассмотрения заявки.</w:t>
      </w:r>
    </w:p>
    <w:p w:rsidR="0093274E" w:rsidRDefault="00A274F6">
      <w:r>
        <w:rPr>
          <w:rFonts w:cs="Times New Roman"/>
        </w:rPr>
        <w:t>14.5. Разрешаются сопоставление с последующей перепиской и формирование проекта ответа, предложения или договора.</w:t>
      </w:r>
    </w:p>
    <w:p w:rsidR="0093274E" w:rsidRDefault="00A274F6">
      <w:r>
        <w:rPr>
          <w:rFonts w:cs="Times New Roman"/>
        </w:rPr>
        <w:t>14.6. Д</w:t>
      </w:r>
      <w:r>
        <w:rPr>
          <w:rFonts w:cs="Times New Roman"/>
        </w:rPr>
        <w:t>опускаются предоставление доступа лицу, действующему по поручению оператора, и условная передача самостоятельному получателю в случаях, прямо предусмотренных настоящим документом.</w:t>
      </w:r>
    </w:p>
    <w:p w:rsidR="0093274E" w:rsidRDefault="00A274F6">
      <w:r>
        <w:rPr>
          <w:rFonts w:cs="Times New Roman"/>
        </w:rPr>
        <w:t>14.7. Разрешаются блокирование, обезличивание, удаление и уничтожение.</w:t>
      </w:r>
    </w:p>
    <w:p w:rsidR="0093274E" w:rsidRDefault="00A274F6">
      <w:r>
        <w:rPr>
          <w:rFonts w:cs="Times New Roman"/>
        </w:rPr>
        <w:t>14.8.</w:t>
      </w:r>
      <w:r>
        <w:rPr>
          <w:rFonts w:cs="Times New Roman"/>
        </w:rPr>
        <w:t xml:space="preserve"> Операции выполняются автоматизированным, неавтоматизированным и смешанным способом.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15. ВНУТРЕННИЙ ДОСТУП</w:t>
      </w:r>
    </w:p>
    <w:p w:rsidR="0093274E" w:rsidRDefault="00A274F6">
      <w:r>
        <w:rPr>
          <w:rFonts w:cs="Times New Roman"/>
        </w:rPr>
        <w:t>15.1. Доступ получает оператор и лицо, ответственное за рассмотрение выбранного направления.</w:t>
      </w:r>
    </w:p>
    <w:p w:rsidR="0093274E" w:rsidRDefault="00A274F6">
      <w:r>
        <w:rPr>
          <w:rFonts w:cs="Times New Roman"/>
        </w:rPr>
        <w:t>15.2. Данные обучения не передаются специалисту платформ</w:t>
      </w:r>
      <w:r>
        <w:rPr>
          <w:rFonts w:cs="Times New Roman"/>
        </w:rPr>
        <w:t>ы или юридического направления без необходимости.</w:t>
      </w:r>
    </w:p>
    <w:p w:rsidR="0093274E" w:rsidRDefault="00A274F6">
      <w:r>
        <w:rPr>
          <w:rFonts w:cs="Times New Roman"/>
        </w:rPr>
        <w:t>15.3. Данные юридической заявки не раскрываются лицу, которое не участвует в ее предварительной оценке.</w:t>
      </w:r>
    </w:p>
    <w:p w:rsidR="0093274E" w:rsidRDefault="00A274F6">
      <w:r>
        <w:rPr>
          <w:rFonts w:cs="Times New Roman"/>
        </w:rPr>
        <w:t>15.4. Права доступа ограничиваются служебной задачей и прекращаются после завершения функции.</w:t>
      </w:r>
    </w:p>
    <w:p w:rsidR="0093274E" w:rsidRDefault="00A274F6">
      <w:r>
        <w:rPr>
          <w:rFonts w:cs="Times New Roman"/>
        </w:rPr>
        <w:t>15.5. Ли</w:t>
      </w:r>
      <w:r>
        <w:rPr>
          <w:rFonts w:cs="Times New Roman"/>
        </w:rPr>
        <w:t>ца, получившие доступ, обязаны соблюдать конфиденциальность.</w:t>
      </w:r>
    </w:p>
    <w:p w:rsidR="0093274E" w:rsidRDefault="00A274F6">
      <w:r>
        <w:rPr>
          <w:rFonts w:cs="Times New Roman"/>
        </w:rPr>
        <w:t>15.6. Выгрузка базы заявок для личного хранения, несвязанной рекламы или передачи другому проекту не допускается.</w:t>
      </w:r>
    </w:p>
    <w:p w:rsidR="0093274E" w:rsidRDefault="00A274F6">
      <w:r>
        <w:rPr>
          <w:rFonts w:cs="Times New Roman"/>
        </w:rPr>
        <w:t>15.7. При демонстрации экрана и передаче задачи технической поддержке закрываются</w:t>
      </w:r>
      <w:r>
        <w:rPr>
          <w:rFonts w:cs="Times New Roman"/>
        </w:rPr>
        <w:t xml:space="preserve"> нерелевантные сведения.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16. ЛИЦА, ДЕЙСТВУЮЩИЕ ПО ПОРУЧЕНИЮ</w:t>
      </w:r>
    </w:p>
    <w:p w:rsidR="0093274E" w:rsidRDefault="00A274F6">
      <w:r>
        <w:rPr>
          <w:rFonts w:cs="Times New Roman"/>
        </w:rPr>
        <w:t>16.1. Оператор вправе поручить техническую обработку поставщику хостинга, администратору WordPress, почтовому сервису, сервису связи и резервного копирования.</w:t>
      </w:r>
    </w:p>
    <w:p w:rsidR="0093274E" w:rsidRDefault="00A274F6">
      <w:r>
        <w:rPr>
          <w:rFonts w:cs="Times New Roman"/>
        </w:rPr>
        <w:t xml:space="preserve">16.2. По поручению передается только </w:t>
      </w:r>
      <w:r>
        <w:rPr>
          <w:rFonts w:cs="Times New Roman"/>
        </w:rPr>
        <w:t>объем, необходимый для работы формы, доставки сообщения, хранения или защиты.</w:t>
      </w:r>
    </w:p>
    <w:p w:rsidR="0093274E" w:rsidRDefault="00A274F6">
      <w:r>
        <w:rPr>
          <w:rFonts w:cs="Times New Roman"/>
        </w:rPr>
        <w:t>16.3. Поручение устанавливает цель, операции, конфиденциальность, требования к защите и порядок прекращения доступа.</w:t>
      </w:r>
    </w:p>
    <w:p w:rsidR="0093274E" w:rsidRDefault="00A274F6">
      <w:r>
        <w:rPr>
          <w:rFonts w:cs="Times New Roman"/>
        </w:rPr>
        <w:t>16.4. Технический подрядчик не вправе использовать заявку для</w:t>
      </w:r>
      <w:r>
        <w:rPr>
          <w:rFonts w:cs="Times New Roman"/>
        </w:rPr>
        <w:t xml:space="preserve"> собственной рекламы и формирования самостоятельной клиентской базы.</w:t>
      </w:r>
    </w:p>
    <w:p w:rsidR="0093274E" w:rsidRDefault="00A274F6">
      <w:r>
        <w:rPr>
          <w:rFonts w:cs="Times New Roman"/>
        </w:rPr>
        <w:t>16.5. Материалы не передаются в общедоступный сервис искусственного интеллекта для обучения внешней модели на основании настоящего согласия.</w:t>
      </w:r>
    </w:p>
    <w:p w:rsidR="0093274E" w:rsidRDefault="00A274F6">
      <w:r>
        <w:rPr>
          <w:rFonts w:cs="Times New Roman"/>
        </w:rPr>
        <w:t>16.6. Перечень фактически подключенных поставщ</w:t>
      </w:r>
      <w:r>
        <w:rPr>
          <w:rFonts w:cs="Times New Roman"/>
        </w:rPr>
        <w:t>иков раскрывается в Политике обработки персональных данных и актуализируется до изменения маршрута.</w:t>
      </w:r>
    </w:p>
    <w:p w:rsidR="0093274E" w:rsidRDefault="00A274F6">
      <w:r>
        <w:rPr>
          <w:rFonts w:cs="Times New Roman"/>
        </w:rPr>
        <w:t>16.7. Привлечение лица по поручению не ограничивает права субъекта и обязанности оператора.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lastRenderedPageBreak/>
        <w:t>17. ХОСТИНГ, ПОЧТА И УВЕДОМЛЕНИЯ</w:t>
      </w:r>
    </w:p>
    <w:p w:rsidR="0093274E" w:rsidRDefault="00A274F6">
      <w:r>
        <w:rPr>
          <w:rFonts w:cs="Times New Roman"/>
        </w:rPr>
        <w:t>17.1. Основная запись заявки со</w:t>
      </w:r>
      <w:r>
        <w:rPr>
          <w:rFonts w:cs="Times New Roman"/>
        </w:rPr>
        <w:t>храняется в базе данных на территории Российской Федерации.</w:t>
      </w:r>
    </w:p>
    <w:p w:rsidR="0093274E" w:rsidRDefault="00A274F6">
      <w:r>
        <w:rPr>
          <w:rFonts w:cs="Times New Roman"/>
        </w:rPr>
        <w:t>17.2. Рабочая версия сайта может использовать инфраструктуру Timeweb и WordPress.</w:t>
      </w:r>
    </w:p>
    <w:p w:rsidR="0093274E" w:rsidRDefault="00A274F6">
      <w:r>
        <w:rPr>
          <w:rFonts w:cs="Times New Roman"/>
        </w:rPr>
        <w:t>17.3. Электронная почта используется для получения заявки, ответа, проекта договора и сервисной переписки.</w:t>
      </w:r>
    </w:p>
    <w:p w:rsidR="0093274E" w:rsidRDefault="00A274F6">
      <w:r>
        <w:rPr>
          <w:rFonts w:cs="Times New Roman"/>
        </w:rPr>
        <w:t>17.4. П</w:t>
      </w:r>
      <w:r>
        <w:rPr>
          <w:rFonts w:cs="Times New Roman"/>
        </w:rPr>
        <w:t>ри выборе Telegram или MAX оператор может связаться с заявителем по указанному идентификатору.</w:t>
      </w:r>
    </w:p>
    <w:p w:rsidR="0093274E" w:rsidRDefault="00A274F6">
      <w:r>
        <w:rPr>
          <w:rFonts w:cs="Times New Roman"/>
        </w:rPr>
        <w:t>17.5. Уведомление о новой заявке может дублироваться ответственному лицу в Telegram в минимальном объеме.</w:t>
      </w:r>
    </w:p>
    <w:p w:rsidR="0093274E" w:rsidRDefault="00A274F6">
      <w:r>
        <w:rPr>
          <w:rFonts w:cs="Times New Roman"/>
        </w:rPr>
        <w:t xml:space="preserve">17.6. Мессенджер не является единственным местом </w:t>
      </w:r>
      <w:r>
        <w:rPr>
          <w:rFonts w:cs="Times New Roman"/>
        </w:rPr>
        <w:t>хранения заявки и доказательства согласия.</w:t>
      </w:r>
    </w:p>
    <w:p w:rsidR="0093274E" w:rsidRDefault="00A274F6">
      <w:r>
        <w:rPr>
          <w:rFonts w:cs="Times New Roman"/>
        </w:rPr>
        <w:t>17.7. Через техническое уведомление не направляются паспорт, специальная категория, юридический документ и иные избыточные сведения.</w:t>
      </w:r>
    </w:p>
    <w:p w:rsidR="0093274E" w:rsidRDefault="00A274F6">
      <w:r>
        <w:rPr>
          <w:rFonts w:cs="Times New Roman"/>
        </w:rPr>
        <w:t>17.8. Условия иностранного сервиса и возможная трансграничная передача оценивают</w:t>
      </w:r>
      <w:r>
        <w:rPr>
          <w:rFonts w:cs="Times New Roman"/>
        </w:rPr>
        <w:t>ся оператором до подключения и не считаются разрешенными одной общей формулировкой.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18. ЛОКАЛИЗАЦИЯ</w:t>
      </w:r>
    </w:p>
    <w:p w:rsidR="0093274E" w:rsidRDefault="00A274F6">
      <w:r>
        <w:rPr>
          <w:rFonts w:cs="Times New Roman"/>
        </w:rPr>
        <w:t>18.1. Первичная запись, систематизация, накопление, хранение, уточнение и извлечение данных граждан Российской Федерации выполняются с использованием баз да</w:t>
      </w:r>
      <w:r>
        <w:rPr>
          <w:rFonts w:cs="Times New Roman"/>
        </w:rPr>
        <w:t>нных на территории Российской Федерации.</w:t>
      </w:r>
    </w:p>
    <w:p w:rsidR="0093274E" w:rsidRDefault="00A274F6">
      <w:r>
        <w:rPr>
          <w:rFonts w:cs="Times New Roman"/>
        </w:rPr>
        <w:t>18.2. Прямая отправка формы в иностранную таблицу или хранилище не допускается до выполнения требований локализации и трансграничной передачи.</w:t>
      </w:r>
    </w:p>
    <w:p w:rsidR="0093274E" w:rsidRDefault="00A274F6">
      <w:r>
        <w:rPr>
          <w:rFonts w:cs="Times New Roman"/>
        </w:rPr>
        <w:t>18.3. Российская база содержит заявку и техническое доказательство предо</w:t>
      </w:r>
      <w:r>
        <w:rPr>
          <w:rFonts w:cs="Times New Roman"/>
        </w:rPr>
        <w:t>ставления согласия.</w:t>
      </w:r>
    </w:p>
    <w:p w:rsidR="0093274E" w:rsidRDefault="00A274F6">
      <w:r>
        <w:rPr>
          <w:rFonts w:cs="Times New Roman"/>
        </w:rPr>
        <w:t>18.4. Дублирование уведомления во внешний канал не заменяет российскую основную базу.</w:t>
      </w:r>
    </w:p>
    <w:p w:rsidR="0093274E" w:rsidRDefault="00A274F6">
      <w:r>
        <w:rPr>
          <w:rFonts w:cs="Times New Roman"/>
        </w:rPr>
        <w:t>18.5. При смене поставщика оператор проверяет местонахождение базы и прекращение доступа к прежним копиям.</w:t>
      </w:r>
    </w:p>
    <w:p w:rsidR="0093274E" w:rsidRDefault="00A274F6">
      <w:r>
        <w:rPr>
          <w:rFonts w:cs="Times New Roman"/>
        </w:rPr>
        <w:t>18.6. Настоящее согласие не освобождает опе</w:t>
      </w:r>
      <w:r>
        <w:rPr>
          <w:rFonts w:cs="Times New Roman"/>
        </w:rPr>
        <w:t>ратора от уведомления Роскомнадзора и иных действий, предусмотренных статьей 12 Федерального закона № 152-ФЗ.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19. ОТДЕЛЬНОЕ ПЛАТФОРМЕННОЕ СОГЛАСИЕ</w:t>
      </w:r>
    </w:p>
    <w:p w:rsidR="0093274E" w:rsidRDefault="00A274F6">
      <w:r>
        <w:rPr>
          <w:rFonts w:cs="Times New Roman"/>
        </w:rPr>
        <w:t xml:space="preserve">19.1. Основное согласие оператору сайта не включает передачу данных самостоятельному оператору платформы без </w:t>
      </w:r>
      <w:r>
        <w:rPr>
          <w:rFonts w:cs="Times New Roman"/>
        </w:rPr>
        <w:t>отдельного активного действия.</w:t>
      </w:r>
    </w:p>
    <w:p w:rsidR="0093274E" w:rsidRDefault="00A274F6">
      <w:r>
        <w:rPr>
          <w:rFonts w:cs="Times New Roman"/>
        </w:rPr>
        <w:t>19.2. Если заявитель выбирает направление «Платформа», интерфейс предоставляет отдельный элемент согласия на передачу платформенной заявки.</w:t>
      </w:r>
    </w:p>
    <w:p w:rsidR="0093274E" w:rsidRDefault="00A274F6">
      <w:r>
        <w:rPr>
          <w:rFonts w:cs="Times New Roman"/>
        </w:rPr>
        <w:t>19.3. Без отдельного платформенного согласия заявка может быть рассмотрена ИП Магомад</w:t>
      </w:r>
      <w:r>
        <w:rPr>
          <w:rFonts w:cs="Times New Roman"/>
        </w:rPr>
        <w:t>овым Асланом Герихановичем, но не передается ИП Сычеву Евгению Вадимовичу.</w:t>
      </w:r>
    </w:p>
    <w:p w:rsidR="0093274E" w:rsidRDefault="00A274F6">
      <w:r>
        <w:rPr>
          <w:rFonts w:cs="Times New Roman"/>
        </w:rPr>
        <w:t>19.4. Платформенное согласие применяется только к заявке на демонстрацию, консультацию, подключение и оформление отношений по платформе LISRENT.</w:t>
      </w:r>
    </w:p>
    <w:p w:rsidR="0093274E" w:rsidRDefault="00A274F6">
      <w:r>
        <w:rPr>
          <w:rFonts w:cs="Times New Roman"/>
        </w:rPr>
        <w:t>19.5. Выбор обучения, юридической ус</w:t>
      </w:r>
      <w:r>
        <w:rPr>
          <w:rFonts w:cs="Times New Roman"/>
        </w:rPr>
        <w:t>луги или иного направления не включает платформенную передачу автоматически.</w:t>
      </w:r>
    </w:p>
    <w:p w:rsidR="0093274E" w:rsidRDefault="00A274F6">
      <w:r>
        <w:rPr>
          <w:rFonts w:cs="Times New Roman"/>
        </w:rPr>
        <w:t>19.6. Состояние отдельного платформенного элемента фиксируется независимо от основного согласия.</w:t>
      </w:r>
    </w:p>
    <w:p w:rsidR="0093274E" w:rsidRDefault="00A274F6">
      <w:r>
        <w:rPr>
          <w:rFonts w:cs="Times New Roman"/>
        </w:rPr>
        <w:t>19.7. Если заявка сочетает несколько направлений, передается только часть, необход</w:t>
      </w:r>
      <w:r>
        <w:rPr>
          <w:rFonts w:cs="Times New Roman"/>
        </w:rPr>
        <w:t>имая для платформенного вопроса.</w:t>
      </w:r>
    </w:p>
    <w:p w:rsidR="0093274E" w:rsidRDefault="00A274F6">
      <w:r>
        <w:rPr>
          <w:rFonts w:cs="Times New Roman"/>
        </w:rPr>
        <w:t>19.8. Передача содержания юридического проекта и документов клиента не допускается только потому, что заявитель также интересуется платформой.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lastRenderedPageBreak/>
        <w:t>20. ПОЛУЧАТЕЛЬ ПЛАТФОРМЕННОЙ ЗАЯВКИ</w:t>
      </w:r>
    </w:p>
    <w:p w:rsidR="0093274E" w:rsidRDefault="00A274F6">
      <w:r>
        <w:rPr>
          <w:rFonts w:cs="Times New Roman"/>
        </w:rPr>
        <w:t>20.1. Получателем платформенной заявки являе</w:t>
      </w:r>
      <w:r>
        <w:rPr>
          <w:rFonts w:cs="Times New Roman"/>
        </w:rPr>
        <w:t>тся индивидуальный предприниматель Сычев Евгений Вадимович.</w:t>
      </w:r>
    </w:p>
    <w:p w:rsidR="0093274E" w:rsidRDefault="00A274F6">
      <w:r>
        <w:rPr>
          <w:rFonts w:cs="Times New Roman"/>
        </w:rPr>
        <w:t>20.2. ИНН получателя: 421415966679. ОГРНИП: 323420500074490. Место регистрации: Кемеровская область, город Междуреченск.</w:t>
      </w:r>
    </w:p>
    <w:p w:rsidR="0093274E" w:rsidRDefault="00A274F6">
      <w:r>
        <w:rPr>
          <w:rFonts w:cs="Times New Roman"/>
        </w:rPr>
        <w:t>20.3. Контакт по вопросам платформы и обработки полученной заявки: lisrent.</w:t>
      </w:r>
      <w:r>
        <w:rPr>
          <w:rFonts w:cs="Times New Roman"/>
        </w:rPr>
        <w:t>online@yandex.com.</w:t>
      </w:r>
    </w:p>
    <w:p w:rsidR="0093274E" w:rsidRDefault="00A274F6">
      <w:r>
        <w:rPr>
          <w:rFonts w:cs="Times New Roman"/>
        </w:rPr>
        <w:t>20.4. Получателю передаются имя, телефон, электронная почта, выбранный канал, регион, организация и описание платформенной задачи.</w:t>
      </w:r>
    </w:p>
    <w:p w:rsidR="0093274E" w:rsidRDefault="00A274F6">
      <w:r>
        <w:rPr>
          <w:rFonts w:cs="Times New Roman"/>
        </w:rPr>
        <w:t>20.5. Целью являются демонстрация, консультация по функциональности и тарифам, подключение и подготовка от</w:t>
      </w:r>
      <w:r>
        <w:rPr>
          <w:rFonts w:cs="Times New Roman"/>
        </w:rPr>
        <w:t>дельного договора по платформе.</w:t>
      </w:r>
    </w:p>
    <w:p w:rsidR="0093274E" w:rsidRDefault="00A274F6">
      <w:r>
        <w:rPr>
          <w:rFonts w:cs="Times New Roman"/>
        </w:rPr>
        <w:t>20.6. После получения ИП Сычев Евгений Вадимович самостоятельно определяет дальнейшие цели и операции и выполняет обязанности оператора в соответствующей части.</w:t>
      </w:r>
    </w:p>
    <w:p w:rsidR="0093274E" w:rsidRDefault="00A274F6">
      <w:r>
        <w:rPr>
          <w:rFonts w:cs="Times New Roman"/>
        </w:rPr>
        <w:t xml:space="preserve">20.7. ИП Сычев Евгений Вадимович не становится оператором всех </w:t>
      </w:r>
      <w:r>
        <w:rPr>
          <w:rFonts w:cs="Times New Roman"/>
        </w:rPr>
        <w:t>заявок и данных сайта.</w:t>
      </w:r>
    </w:p>
    <w:p w:rsidR="0093274E" w:rsidRDefault="00A274F6">
      <w:r>
        <w:rPr>
          <w:rFonts w:cs="Times New Roman"/>
        </w:rPr>
        <w:t>20.8. Для дальнейшей регистрации на https://lisrent.online заявитель знакомится с документами платформы и предоставляет требуемые согласия отдельно.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21. ЦЕЛИ, НЕ ВКЛЮЧЕННЫЕ В СОГЛАСИЕ</w:t>
      </w:r>
    </w:p>
    <w:p w:rsidR="0093274E" w:rsidRDefault="00A274F6">
      <w:r>
        <w:rPr>
          <w:rFonts w:cs="Times New Roman"/>
        </w:rPr>
        <w:t xml:space="preserve">21.1. Согласие не включает направление рекламных </w:t>
      </w:r>
      <w:r>
        <w:rPr>
          <w:rFonts w:cs="Times New Roman"/>
        </w:rPr>
        <w:t>сообщений.</w:t>
      </w:r>
    </w:p>
    <w:p w:rsidR="0093274E" w:rsidRDefault="00A274F6">
      <w:r>
        <w:rPr>
          <w:rFonts w:cs="Times New Roman"/>
        </w:rPr>
        <w:t>21.2. Согласие не включает необязательные аналитические cookie, Яндекс Метрику и Вебвизор.</w:t>
      </w:r>
    </w:p>
    <w:p w:rsidR="0093274E" w:rsidRDefault="00A274F6">
      <w:r>
        <w:rPr>
          <w:rFonts w:cs="Times New Roman"/>
        </w:rPr>
        <w:t>21.3. Согласие не включает публикацию имени, изображения, должности, отзыва, результата или описания проекта для неопределенного круга лиц.</w:t>
      </w:r>
    </w:p>
    <w:p w:rsidR="0093274E" w:rsidRDefault="00A274F6">
      <w:r>
        <w:rPr>
          <w:rFonts w:cs="Times New Roman"/>
        </w:rPr>
        <w:t>21.4. Согласие</w:t>
      </w:r>
      <w:r>
        <w:rPr>
          <w:rFonts w:cs="Times New Roman"/>
        </w:rPr>
        <w:t xml:space="preserve"> не включает использование данных в кейсе, рекламе или публикации в социальных сетях.</w:t>
      </w:r>
    </w:p>
    <w:p w:rsidR="0093274E" w:rsidRDefault="00A274F6">
      <w:r>
        <w:rPr>
          <w:rFonts w:cs="Times New Roman"/>
        </w:rPr>
        <w:t>21.5. Согласие не включает передачу стороннему рекламодателю для его самостоятельного продвижения.</w:t>
      </w:r>
    </w:p>
    <w:p w:rsidR="0093274E" w:rsidRDefault="00A274F6">
      <w:r>
        <w:rPr>
          <w:rFonts w:cs="Times New Roman"/>
        </w:rPr>
        <w:t xml:space="preserve">21.6. Согласие не включает создание биометрического шаблона или </w:t>
      </w:r>
      <w:r>
        <w:rPr>
          <w:rFonts w:cs="Times New Roman"/>
        </w:rPr>
        <w:t>распознавание личности.</w:t>
      </w:r>
    </w:p>
    <w:p w:rsidR="0093274E" w:rsidRDefault="00A274F6">
      <w:r>
        <w:rPr>
          <w:rFonts w:cs="Times New Roman"/>
        </w:rPr>
        <w:t>21.7. Согласие не включает автоматическое заключение договора или списание денежных средств.</w:t>
      </w:r>
    </w:p>
    <w:p w:rsidR="0093274E" w:rsidRDefault="00A274F6">
      <w:r>
        <w:rPr>
          <w:rFonts w:cs="Times New Roman"/>
        </w:rPr>
        <w:t>21.8. Каждая указанная цель требует самостоятельного основания и отдельного волеизъявления, когда это предусмотрено законом.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 xml:space="preserve">22. РЕКЛАМА И </w:t>
      </w:r>
      <w:r>
        <w:rPr>
          <w:rFonts w:cs="Times New Roman"/>
          <w:b/>
        </w:rPr>
        <w:t>СЕРВИСНЫЕ СООБЩЕНИЯ</w:t>
      </w:r>
    </w:p>
    <w:p w:rsidR="0093274E" w:rsidRDefault="00A274F6">
      <w:r>
        <w:rPr>
          <w:rFonts w:cs="Times New Roman"/>
        </w:rPr>
        <w:t>22.1. Отдельный необязательный флажок используется для согласия на рекламные сообщения.</w:t>
      </w:r>
    </w:p>
    <w:p w:rsidR="0093274E" w:rsidRDefault="00A274F6">
      <w:r>
        <w:rPr>
          <w:rFonts w:cs="Times New Roman"/>
        </w:rPr>
        <w:t>22.2. Отказ от рекламы не препятствует отправке и рассмотрению основной заявки.</w:t>
      </w:r>
    </w:p>
    <w:p w:rsidR="0093274E" w:rsidRDefault="00A274F6">
      <w:r>
        <w:rPr>
          <w:rFonts w:cs="Times New Roman"/>
        </w:rPr>
        <w:t>22.3. Оператор вправе направить ответ, уточнение, проект договора, с</w:t>
      </w:r>
      <w:r>
        <w:rPr>
          <w:rFonts w:cs="Times New Roman"/>
        </w:rPr>
        <w:t>чет или расписание как сервисное сообщение по конкретной заявке.</w:t>
      </w:r>
    </w:p>
    <w:p w:rsidR="0093274E" w:rsidRDefault="00A274F6">
      <w:r>
        <w:rPr>
          <w:rFonts w:cs="Times New Roman"/>
        </w:rPr>
        <w:t>22.4. Сервисное сообщение не должно содержать рекламу, не связанную с заявкой или действующим договором.</w:t>
      </w:r>
    </w:p>
    <w:p w:rsidR="0093274E" w:rsidRDefault="00A274F6">
      <w:r>
        <w:rPr>
          <w:rFonts w:cs="Times New Roman"/>
        </w:rPr>
        <w:t>22.5. Если сообщение сочетает сервисную и рекламную часть, для рекламной части требует</w:t>
      </w:r>
      <w:r>
        <w:rPr>
          <w:rFonts w:cs="Times New Roman"/>
        </w:rPr>
        <w:t>ся предварительное согласие.</w:t>
      </w:r>
    </w:p>
    <w:p w:rsidR="0093274E" w:rsidRDefault="00A274F6">
      <w:r>
        <w:rPr>
          <w:rFonts w:cs="Times New Roman"/>
        </w:rPr>
        <w:t>22.6. Требование прекратить рекламу исполняется независимо от продолжения необходимого договорного взаимодействия.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23. COOKIE И АНАЛИТИКА</w:t>
      </w:r>
    </w:p>
    <w:p w:rsidR="0093274E" w:rsidRDefault="00A274F6">
      <w:r>
        <w:rPr>
          <w:rFonts w:cs="Times New Roman"/>
        </w:rPr>
        <w:t>23.1. Необходимые технические cookie могут использоваться для работы страницы, безопаснос</w:t>
      </w:r>
      <w:r>
        <w:rPr>
          <w:rFonts w:cs="Times New Roman"/>
        </w:rPr>
        <w:t>ти и сохранения выбора пользователя на самостоятельном правовом основании.</w:t>
      </w:r>
    </w:p>
    <w:p w:rsidR="0093274E" w:rsidRDefault="00A274F6">
      <w:r>
        <w:rPr>
          <w:rFonts w:cs="Times New Roman"/>
        </w:rPr>
        <w:t>23.2. Яндекс Метрика, Вебвизор и другие необязательные аналитические технологии подключаются только после отдельного аналитического согласия.</w:t>
      </w:r>
    </w:p>
    <w:p w:rsidR="0093274E" w:rsidRDefault="00A274F6">
      <w:r>
        <w:rPr>
          <w:rFonts w:cs="Times New Roman"/>
        </w:rPr>
        <w:lastRenderedPageBreak/>
        <w:t>23.3. Отказ от необязательной аналитики</w:t>
      </w:r>
      <w:r>
        <w:rPr>
          <w:rFonts w:cs="Times New Roman"/>
        </w:rPr>
        <w:t xml:space="preserve"> не препятствует отправке заявки.</w:t>
      </w:r>
    </w:p>
    <w:p w:rsidR="0093274E" w:rsidRDefault="00A274F6">
      <w:r>
        <w:rPr>
          <w:rFonts w:cs="Times New Roman"/>
        </w:rPr>
        <w:t>23.4. Поля формы закрываются от записи Вебвизором с помощью предусмотренных сервисом средств.</w:t>
      </w:r>
    </w:p>
    <w:p w:rsidR="0093274E" w:rsidRDefault="00A274F6">
      <w:r>
        <w:rPr>
          <w:rFonts w:cs="Times New Roman"/>
        </w:rPr>
        <w:t>23.5. Имя, телефон, электронная почта и комментарий не передаются в параметры аналитического события.</w:t>
      </w:r>
    </w:p>
    <w:p w:rsidR="0093274E" w:rsidRDefault="00A274F6">
      <w:r>
        <w:rPr>
          <w:rFonts w:cs="Times New Roman"/>
        </w:rPr>
        <w:t>23.6. Настоящий документ н</w:t>
      </w:r>
      <w:r>
        <w:rPr>
          <w:rFonts w:cs="Times New Roman"/>
        </w:rPr>
        <w:t>е заменяет отдельное согласие на cookie, Метрику и Вебвизор.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24. СРОК ДЕЙСТВИЯ</w:t>
      </w:r>
    </w:p>
    <w:p w:rsidR="0093274E" w:rsidRDefault="00A274F6">
      <w:r>
        <w:rPr>
          <w:rFonts w:cs="Times New Roman"/>
        </w:rPr>
        <w:t>24.1. Основное согласие действует с момента совершения активного действия до достижения цели или отзыва.</w:t>
      </w:r>
    </w:p>
    <w:p w:rsidR="0093274E" w:rsidRDefault="00A274F6">
      <w:r>
        <w:rPr>
          <w:rFonts w:cs="Times New Roman"/>
        </w:rPr>
        <w:t>24.2. Если договор не заключен, обычная заявка обрабатывается до окончан</w:t>
      </w:r>
      <w:r>
        <w:rPr>
          <w:rFonts w:cs="Times New Roman"/>
        </w:rPr>
        <w:t>ия общения и не более двенадцати месяцев после последнего содержательного контакта.</w:t>
      </w:r>
    </w:p>
    <w:p w:rsidR="0093274E" w:rsidRDefault="00A274F6">
      <w:r>
        <w:rPr>
          <w:rFonts w:cs="Times New Roman"/>
        </w:rPr>
        <w:t>24.3. Если договор заключен, последующая обработка необходимых договорных данных осуществляется на основаниях, указанных в договоре, законе и Политике обработки персональны</w:t>
      </w:r>
      <w:r>
        <w:rPr>
          <w:rFonts w:cs="Times New Roman"/>
        </w:rPr>
        <w:t>х данных.</w:t>
      </w:r>
    </w:p>
    <w:p w:rsidR="0093274E" w:rsidRDefault="00A274F6">
      <w:r>
        <w:rPr>
          <w:rFonts w:cs="Times New Roman"/>
        </w:rPr>
        <w:t>24.4. Настоящее согласие не используется как основание для бессрочного хранения всех материалов.</w:t>
      </w:r>
    </w:p>
    <w:p w:rsidR="0093274E" w:rsidRDefault="00A274F6">
      <w:r>
        <w:rPr>
          <w:rFonts w:cs="Times New Roman"/>
        </w:rPr>
        <w:t>24.5. Доказательство согласия и отзыва может храниться в период обработки и до трех лет после ее прекращения для подтверждения соблюдения закона.</w:t>
      </w:r>
    </w:p>
    <w:p w:rsidR="0093274E" w:rsidRDefault="00A274F6">
      <w:r>
        <w:rPr>
          <w:rFonts w:cs="Times New Roman"/>
        </w:rPr>
        <w:t>24.6. Технические журналы обычной безопасности хранятся до двенадцати месяцев, если инцидент или спор не требует более длительного срока.</w:t>
      </w:r>
    </w:p>
    <w:p w:rsidR="0093274E" w:rsidRDefault="00A274F6">
      <w:r>
        <w:rPr>
          <w:rFonts w:cs="Times New Roman"/>
        </w:rPr>
        <w:t>24.7. Платформенная заявка у ИП Сычева Евгения Вадимовича хранится по его применимым документам и правовым основаниям.</w:t>
      </w:r>
    </w:p>
    <w:p w:rsidR="0093274E" w:rsidRDefault="00A274F6">
      <w:r>
        <w:rPr>
          <w:rFonts w:cs="Times New Roman"/>
        </w:rPr>
        <w:t>24.8. Резервные копии очищаются по мере установленной ротации и не используются для возобновления прекращенной обработки.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25. ОТЗЫВ СОГЛАСИЯ</w:t>
      </w:r>
    </w:p>
    <w:p w:rsidR="0093274E" w:rsidRDefault="00A274F6">
      <w:r>
        <w:rPr>
          <w:rFonts w:cs="Times New Roman"/>
        </w:rPr>
        <w:t>25.1. Субъект вправе отозвать согласие полностью или в части, если соответствующая цель и данные могут быть опреде</w:t>
      </w:r>
      <w:r>
        <w:rPr>
          <w:rFonts w:cs="Times New Roman"/>
        </w:rPr>
        <w:t>лены.</w:t>
      </w:r>
    </w:p>
    <w:p w:rsidR="0093274E" w:rsidRDefault="00A274F6">
      <w:r>
        <w:rPr>
          <w:rFonts w:cs="Times New Roman"/>
        </w:rPr>
        <w:t>25.2. Отзыв направляется на lisrent@online-org.ru и содержит сведения, позволяющие найти заявку без направления избыточной копии паспорта.</w:t>
      </w:r>
    </w:p>
    <w:p w:rsidR="0093274E" w:rsidRDefault="00A274F6">
      <w:r>
        <w:rPr>
          <w:rFonts w:cs="Times New Roman"/>
        </w:rPr>
        <w:t>25.3. Для платформенной заявки отзыв рекомендуется также направить самостоятельному оператору по адресу lisrent</w:t>
      </w:r>
      <w:r>
        <w:rPr>
          <w:rFonts w:cs="Times New Roman"/>
        </w:rPr>
        <w:t>.online@yandex.com.</w:t>
      </w:r>
    </w:p>
    <w:p w:rsidR="0093274E" w:rsidRDefault="00A274F6">
      <w:r>
        <w:rPr>
          <w:rFonts w:cs="Times New Roman"/>
        </w:rPr>
        <w:t>25.4. Получив отзыв в отношении переданной платформенной заявки, оператор сайта сообщает субъекту о самостоятельном получателе и передает ему информацию об отзыве в необходимом объеме.</w:t>
      </w:r>
    </w:p>
    <w:p w:rsidR="0093274E" w:rsidRDefault="00A274F6">
      <w:r>
        <w:rPr>
          <w:rFonts w:cs="Times New Roman"/>
        </w:rPr>
        <w:t>25.5. После отзыва оператор прекращает обработку, о</w:t>
      </w:r>
      <w:r>
        <w:rPr>
          <w:rFonts w:cs="Times New Roman"/>
        </w:rPr>
        <w:t>снованную только на согласии, и при отсутствии иных оснований обеспечивает уничтожение не позднее тридцати дней.</w:t>
      </w:r>
    </w:p>
    <w:p w:rsidR="0093274E" w:rsidRDefault="00A274F6">
      <w:r>
        <w:rPr>
          <w:rFonts w:cs="Times New Roman"/>
        </w:rPr>
        <w:t>25.6. Если договор, закон или защита права допускают продолжение, сохраняется только необходимый состав и субъекту сообщается применимое основа</w:t>
      </w:r>
      <w:r>
        <w:rPr>
          <w:rFonts w:cs="Times New Roman"/>
        </w:rPr>
        <w:t>ние.</w:t>
      </w:r>
    </w:p>
    <w:p w:rsidR="0093274E" w:rsidRDefault="00A274F6">
      <w:r>
        <w:rPr>
          <w:rFonts w:cs="Times New Roman"/>
        </w:rPr>
        <w:t>25.7. Отзыв действует на будущее и не делает неправомерными операции, выполненные до его получения.</w:t>
      </w:r>
    </w:p>
    <w:p w:rsidR="0093274E" w:rsidRDefault="00A274F6">
      <w:r>
        <w:rPr>
          <w:rFonts w:cs="Times New Roman"/>
        </w:rPr>
        <w:t>25.8. При технической невозможности немедленно удалить данные из резервной копии они блокируются от обычного использования и уничтожаются по мере ротац</w:t>
      </w:r>
      <w:r>
        <w:rPr>
          <w:rFonts w:cs="Times New Roman"/>
        </w:rPr>
        <w:t>ии в установленный срок.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26. ТРЕБОВАНИЕ ПРЕКРАТИТЬ ОБРАБОТКУ</w:t>
      </w:r>
    </w:p>
    <w:p w:rsidR="0093274E" w:rsidRDefault="00A274F6">
      <w:r>
        <w:rPr>
          <w:rFonts w:cs="Times New Roman"/>
        </w:rPr>
        <w:t>26.1. Субъект вправе отдельно потребовать прекращения обработки персональных данных.</w:t>
      </w:r>
    </w:p>
    <w:p w:rsidR="0093274E" w:rsidRDefault="00A274F6">
      <w:r>
        <w:rPr>
          <w:rFonts w:cs="Times New Roman"/>
        </w:rPr>
        <w:t>26.2. Оператор прекращает обработку или обеспечивает ее прекращение в течение десяти рабочих дней, если отсутс</w:t>
      </w:r>
      <w:r>
        <w:rPr>
          <w:rFonts w:cs="Times New Roman"/>
        </w:rPr>
        <w:t>твует предусмотренное законом основание продолжать.</w:t>
      </w:r>
    </w:p>
    <w:p w:rsidR="0093274E" w:rsidRDefault="00A274F6">
      <w:r>
        <w:rPr>
          <w:rFonts w:cs="Times New Roman"/>
        </w:rPr>
        <w:lastRenderedPageBreak/>
        <w:t>26.3. Срок может быть продлен не более чем на пять рабочих дней при направлении мотивированного уведомления с причинами продления.</w:t>
      </w:r>
    </w:p>
    <w:p w:rsidR="0093274E" w:rsidRDefault="00A274F6">
      <w:r>
        <w:rPr>
          <w:rFonts w:cs="Times New Roman"/>
        </w:rPr>
        <w:t>26.4. Прекращение не применяется к обязательным операциям, разрешенным пу</w:t>
      </w:r>
      <w:r>
        <w:rPr>
          <w:rFonts w:cs="Times New Roman"/>
        </w:rPr>
        <w:t>нктами 2-11 части 1 статьи 6, частью 2 статьи 10 или частью 2 статьи 11 Федерального закона № 152-ФЗ.</w:t>
      </w:r>
    </w:p>
    <w:p w:rsidR="0093274E" w:rsidRDefault="00A274F6">
      <w:r>
        <w:rPr>
          <w:rFonts w:cs="Times New Roman"/>
        </w:rPr>
        <w:t>26.5. Если уничтожение в установленный срок невозможно, данные блокируются и уничтожаются не позднее предельного срока, предусмотренного законом.</w:t>
      </w:r>
    </w:p>
    <w:p w:rsidR="0093274E" w:rsidRDefault="00A274F6">
      <w:r>
        <w:rPr>
          <w:rFonts w:cs="Times New Roman"/>
        </w:rPr>
        <w:t>26.6. Ре</w:t>
      </w:r>
      <w:r>
        <w:rPr>
          <w:rFonts w:cs="Times New Roman"/>
        </w:rPr>
        <w:t>зультат исполнения сообщается субъекту по указанному им каналу.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27. ПРАВА СУБЪЕКТА</w:t>
      </w:r>
    </w:p>
    <w:p w:rsidR="0093274E" w:rsidRDefault="00A274F6">
      <w:r>
        <w:rPr>
          <w:rFonts w:cs="Times New Roman"/>
        </w:rPr>
        <w:t>27.1. Субъект вправе получить сведения о факте, целях, основаниях, способах, сроках и получателях обработки.</w:t>
      </w:r>
    </w:p>
    <w:p w:rsidR="0093274E" w:rsidRDefault="00A274F6">
      <w:r>
        <w:rPr>
          <w:rFonts w:cs="Times New Roman"/>
        </w:rPr>
        <w:t xml:space="preserve">27.2. Субъект вправе потребовать уточнения неполных, устаревших </w:t>
      </w:r>
      <w:r>
        <w:rPr>
          <w:rFonts w:cs="Times New Roman"/>
        </w:rPr>
        <w:t>или неточных сведений.</w:t>
      </w:r>
    </w:p>
    <w:p w:rsidR="0093274E" w:rsidRDefault="00A274F6">
      <w:r>
        <w:rPr>
          <w:rFonts w:cs="Times New Roman"/>
        </w:rPr>
        <w:t>27.3. Субъект вправе требовать блокирования, прекращения обработки и уничтожения при наличии законных оснований.</w:t>
      </w:r>
    </w:p>
    <w:p w:rsidR="0093274E" w:rsidRDefault="00A274F6">
      <w:r>
        <w:rPr>
          <w:rFonts w:cs="Times New Roman"/>
        </w:rPr>
        <w:t>27.4. Ответ на запрос о персональных данных предоставляется в течение десяти рабочих дней.</w:t>
      </w:r>
    </w:p>
    <w:p w:rsidR="0093274E" w:rsidRDefault="00A274F6">
      <w:r>
        <w:rPr>
          <w:rFonts w:cs="Times New Roman"/>
        </w:rPr>
        <w:t xml:space="preserve">27.5. Срок ответа может быть </w:t>
      </w:r>
      <w:r>
        <w:rPr>
          <w:rFonts w:cs="Times New Roman"/>
        </w:rPr>
        <w:t>продлен не более чем на пять рабочих дней с мотивированным уведомлением.</w:t>
      </w:r>
    </w:p>
    <w:p w:rsidR="0093274E" w:rsidRDefault="00A274F6">
      <w:r>
        <w:rPr>
          <w:rFonts w:cs="Times New Roman"/>
        </w:rPr>
        <w:t>27.6. Субъект вправе отказаться от рекламы и аналитики независимо от настоящего согласия.</w:t>
      </w:r>
    </w:p>
    <w:p w:rsidR="0093274E" w:rsidRDefault="00A274F6">
      <w:r>
        <w:rPr>
          <w:rFonts w:cs="Times New Roman"/>
        </w:rPr>
        <w:t>27.7. Субъект вправе обжаловать действия оператора в Роскомнадзор или суд.</w:t>
      </w:r>
    </w:p>
    <w:p w:rsidR="0093274E" w:rsidRDefault="00A274F6">
      <w:r>
        <w:rPr>
          <w:rFonts w:cs="Times New Roman"/>
        </w:rPr>
        <w:t xml:space="preserve">27.8. Ответ не </w:t>
      </w:r>
      <w:r>
        <w:rPr>
          <w:rFonts w:cs="Times New Roman"/>
        </w:rPr>
        <w:t>должен раскрывать персональные данные другого лица.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28. ПОСЛЕДСТВИЯ ОТКАЗА</w:t>
      </w:r>
    </w:p>
    <w:p w:rsidR="0093274E" w:rsidRDefault="00A274F6">
      <w:r>
        <w:rPr>
          <w:rFonts w:cs="Times New Roman"/>
        </w:rPr>
        <w:t>28.1. Предоставление согласия является добровольным.</w:t>
      </w:r>
    </w:p>
    <w:p w:rsidR="0093274E" w:rsidRDefault="00A274F6">
      <w:r>
        <w:rPr>
          <w:rFonts w:cs="Times New Roman"/>
        </w:rPr>
        <w:t>28.2. Без основного согласия форма, основанная на согласии, не отправляется и заявка через нее не рассматривается.</w:t>
      </w:r>
    </w:p>
    <w:p w:rsidR="0093274E" w:rsidRDefault="00A274F6">
      <w:r>
        <w:rPr>
          <w:rFonts w:cs="Times New Roman"/>
        </w:rPr>
        <w:t>28.3. Субъект</w:t>
      </w:r>
      <w:r>
        <w:rPr>
          <w:rFonts w:cs="Times New Roman"/>
        </w:rPr>
        <w:t xml:space="preserve"> может обратиться по электронной почте или телефону, после чего оператор определит применимое основание и необходимый состав данных для ответа.</w:t>
      </w:r>
    </w:p>
    <w:p w:rsidR="0093274E" w:rsidRDefault="00A274F6">
      <w:r>
        <w:rPr>
          <w:rFonts w:cs="Times New Roman"/>
        </w:rPr>
        <w:t>28.4. Без отдельного платформенного согласия заявка не передается ИП Сычеву Евгению Вадимовичу.</w:t>
      </w:r>
    </w:p>
    <w:p w:rsidR="0093274E" w:rsidRDefault="00A274F6">
      <w:r>
        <w:rPr>
          <w:rFonts w:cs="Times New Roman"/>
        </w:rPr>
        <w:t>28.5. Без реклам</w:t>
      </w:r>
      <w:r>
        <w:rPr>
          <w:rFonts w:cs="Times New Roman"/>
        </w:rPr>
        <w:t>ного согласия реклама не направляется.</w:t>
      </w:r>
    </w:p>
    <w:p w:rsidR="0093274E" w:rsidRDefault="00A274F6">
      <w:r>
        <w:rPr>
          <w:rFonts w:cs="Times New Roman"/>
        </w:rPr>
        <w:t>28.6. Без аналитического согласия используются только необходимые технические средства.</w:t>
      </w:r>
    </w:p>
    <w:p w:rsidR="0093274E" w:rsidRDefault="00A274F6">
      <w:r>
        <w:rPr>
          <w:rFonts w:cs="Times New Roman"/>
        </w:rPr>
        <w:t>28.7. Отказ не лишает права знакомиться с общедоступными материалами сайта.</w:t>
      </w:r>
    </w:p>
    <w:p w:rsidR="0093274E" w:rsidRDefault="00A274F6">
      <w:r>
        <w:rPr>
          <w:rFonts w:cs="Times New Roman"/>
        </w:rPr>
        <w:t>28.8. Если без определенных данных невозможно подгото</w:t>
      </w:r>
      <w:r>
        <w:rPr>
          <w:rFonts w:cs="Times New Roman"/>
        </w:rPr>
        <w:t>вить договор или оказать выбранную услугу, оператор разъясняет юридические и практические последствия их непредоставления.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29. НЕСОВЕРШЕННОЛЕТНИЕ И ПРЕДСТАВИТЕЛИ</w:t>
      </w:r>
    </w:p>
    <w:p w:rsidR="0093274E" w:rsidRDefault="00A274F6">
      <w:r>
        <w:rPr>
          <w:rFonts w:cs="Times New Roman"/>
        </w:rPr>
        <w:t>29.1. Если заявка относится к обучению несовершеннолетнего, ее направляет совершеннолетний зак</w:t>
      </w:r>
      <w:r>
        <w:rPr>
          <w:rFonts w:cs="Times New Roman"/>
        </w:rPr>
        <w:t>онный представитель либо иное уполномоченное лицо.</w:t>
      </w:r>
    </w:p>
    <w:p w:rsidR="0093274E" w:rsidRDefault="00A274F6">
      <w:r>
        <w:rPr>
          <w:rFonts w:cs="Times New Roman"/>
        </w:rPr>
        <w:t>29.2. В общей форме указываются данные представителя и минимальное описание задачи без полного комплекта документов ребенка.</w:t>
      </w:r>
    </w:p>
    <w:p w:rsidR="0093274E" w:rsidRDefault="00A274F6">
      <w:r>
        <w:rPr>
          <w:rFonts w:cs="Times New Roman"/>
        </w:rPr>
        <w:t>29.3. Данные ребенка запрашиваются после определения программы, стороны договора</w:t>
      </w:r>
      <w:r>
        <w:rPr>
          <w:rFonts w:cs="Times New Roman"/>
        </w:rPr>
        <w:t xml:space="preserve"> и правового основания.</w:t>
      </w:r>
    </w:p>
    <w:p w:rsidR="0093274E" w:rsidRDefault="00A274F6">
      <w:r>
        <w:rPr>
          <w:rFonts w:cs="Times New Roman"/>
        </w:rPr>
        <w:t>29.4. При предоставлении согласия представителем оператор вправе проверить полномочия до начала обработки данных представляемого лица.</w:t>
      </w:r>
    </w:p>
    <w:p w:rsidR="0093274E" w:rsidRDefault="00A274F6">
      <w:r>
        <w:rPr>
          <w:rFonts w:cs="Times New Roman"/>
        </w:rPr>
        <w:t>29.5. Согласие представителя на рассмотрение заявки не включает публикацию данных ребенка.</w:t>
      </w:r>
    </w:p>
    <w:p w:rsidR="0093274E" w:rsidRDefault="00A274F6">
      <w:r>
        <w:rPr>
          <w:rFonts w:cs="Times New Roman"/>
        </w:rPr>
        <w:t xml:space="preserve">29.6. </w:t>
      </w:r>
      <w:r>
        <w:rPr>
          <w:rFonts w:cs="Times New Roman"/>
        </w:rPr>
        <w:t>Если оператор установит отсутствие необходимых полномочий, обработка ограничивается и данные уничтожаются при отсутствии иного основания.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lastRenderedPageBreak/>
        <w:t>30. ПОДТВЕРЖДЕНИЕ ВОЛЕИЗЪЯВЛЕНИЯ</w:t>
      </w:r>
    </w:p>
    <w:p w:rsidR="0093274E" w:rsidRDefault="00A274F6">
      <w:r>
        <w:rPr>
          <w:rFonts w:cs="Times New Roman"/>
        </w:rPr>
        <w:t>30.1. Согласие предоставляется путем установки отдельного флажка и отправки формы пос</w:t>
      </w:r>
      <w:r>
        <w:rPr>
          <w:rFonts w:cs="Times New Roman"/>
        </w:rPr>
        <w:t>ле открытия возможности ознакомиться с текстом.</w:t>
      </w:r>
    </w:p>
    <w:p w:rsidR="0093274E" w:rsidRDefault="00A274F6">
      <w:r>
        <w:rPr>
          <w:rFonts w:cs="Times New Roman"/>
        </w:rPr>
        <w:t>30.2. Форма не отправляется, пока обязательный элемент согласия не активирован заявителем.</w:t>
      </w:r>
    </w:p>
    <w:p w:rsidR="0093274E" w:rsidRDefault="00A274F6">
      <w:r>
        <w:rPr>
          <w:rFonts w:cs="Times New Roman"/>
        </w:rPr>
        <w:t>30.3. Платформенная передача требует отдельного элемента, который не связан технически с обязательным основным флажко</w:t>
      </w:r>
      <w:r>
        <w:rPr>
          <w:rFonts w:cs="Times New Roman"/>
        </w:rPr>
        <w:t>м.</w:t>
      </w:r>
    </w:p>
    <w:p w:rsidR="0093274E" w:rsidRDefault="00A274F6">
      <w:r>
        <w:rPr>
          <w:rFonts w:cs="Times New Roman"/>
        </w:rPr>
        <w:t>30.4. Система сохраняет дату, время, страницу, идентификатор формы, версию текста и состояние соответствующего элемента.</w:t>
      </w:r>
    </w:p>
    <w:p w:rsidR="0093274E" w:rsidRDefault="00A274F6">
      <w:r>
        <w:rPr>
          <w:rFonts w:cs="Times New Roman"/>
        </w:rPr>
        <w:t>30.5. Оператор обеспечивает возможность соотнести техническую запись с конкретной заявкой.</w:t>
      </w:r>
    </w:p>
    <w:p w:rsidR="0093274E" w:rsidRDefault="00A274F6">
      <w:r>
        <w:rPr>
          <w:rFonts w:cs="Times New Roman"/>
        </w:rPr>
        <w:t>30.6. Копия действовавшего текста предост</w:t>
      </w:r>
      <w:r>
        <w:rPr>
          <w:rFonts w:cs="Times New Roman"/>
        </w:rPr>
        <w:t>авляется субъекту по запросу.</w:t>
      </w:r>
    </w:p>
    <w:p w:rsidR="0093274E" w:rsidRDefault="00A274F6">
      <w:r>
        <w:rPr>
          <w:rFonts w:cs="Times New Roman"/>
        </w:rPr>
        <w:t>30.7. Запись об отказе или отзыве связывается с первоначальным доказательством, чтобы исключить ошибочное возобновление обработки.</w:t>
      </w:r>
    </w:p>
    <w:p w:rsidR="0093274E" w:rsidRDefault="00A274F6">
      <w:r>
        <w:rPr>
          <w:rFonts w:cs="Times New Roman"/>
        </w:rPr>
        <w:t>30.8. Оператор не перекладывает на субъекта обязанность доказывать, что согласие не было предос</w:t>
      </w:r>
      <w:r>
        <w:rPr>
          <w:rFonts w:cs="Times New Roman"/>
        </w:rPr>
        <w:t>тавлено.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31. БЕЗОПАСНОСТЬ</w:t>
      </w:r>
    </w:p>
    <w:p w:rsidR="0093274E" w:rsidRDefault="00A274F6">
      <w:r>
        <w:rPr>
          <w:rFonts w:cs="Times New Roman"/>
        </w:rPr>
        <w:t>31.1. Оператор применяет правовые, организационные и технические меры, соответствующие характеру данных и рискам.</w:t>
      </w:r>
    </w:p>
    <w:p w:rsidR="0093274E" w:rsidRDefault="00A274F6">
      <w:r>
        <w:rPr>
          <w:rFonts w:cs="Times New Roman"/>
        </w:rPr>
        <w:t>31.2. Доступ ограничивается лицами, которым он необходим для рассмотрения заявки или эксплуатации формы.</w:t>
      </w:r>
    </w:p>
    <w:p w:rsidR="0093274E" w:rsidRDefault="00A274F6">
      <w:r>
        <w:rPr>
          <w:rFonts w:cs="Times New Roman"/>
        </w:rPr>
        <w:t xml:space="preserve">31.3. </w:t>
      </w:r>
      <w:r>
        <w:rPr>
          <w:rFonts w:cs="Times New Roman"/>
        </w:rPr>
        <w:t>Используются защищенное соединение, индивидуальные учетные записи, обновление компонентов, резервное копирование и контроль доступа.</w:t>
      </w:r>
    </w:p>
    <w:p w:rsidR="0093274E" w:rsidRDefault="00A274F6">
      <w:r>
        <w:rPr>
          <w:rFonts w:cs="Times New Roman"/>
        </w:rPr>
        <w:t>31.4. Значимые события и попытки несанкционированного доступа регистрируются.</w:t>
      </w:r>
    </w:p>
    <w:p w:rsidR="0093274E" w:rsidRDefault="00A274F6">
      <w:r>
        <w:rPr>
          <w:rFonts w:cs="Times New Roman"/>
        </w:rPr>
        <w:t>31.5. При инциденте оператор локализует событ</w:t>
      </w:r>
      <w:r>
        <w:rPr>
          <w:rFonts w:cs="Times New Roman"/>
        </w:rPr>
        <w:t>ие, проводит расследование и выполняет установленные законом обязанности.</w:t>
      </w:r>
    </w:p>
    <w:p w:rsidR="0093274E" w:rsidRDefault="00A274F6">
      <w:r>
        <w:rPr>
          <w:rFonts w:cs="Times New Roman"/>
        </w:rPr>
        <w:t>31.6. Ни одно техническое средство не дает абсолютной гарантии, но оператор обязан принимать необходимые и достаточные меры защиты.</w:t>
      </w:r>
    </w:p>
    <w:p w:rsidR="0093274E" w:rsidRDefault="00A274F6">
      <w:r>
        <w:rPr>
          <w:rFonts w:cs="Times New Roman"/>
        </w:rPr>
        <w:t>31.7. О подозрительном сообщении или подмене сайта</w:t>
      </w:r>
      <w:r>
        <w:rPr>
          <w:rFonts w:cs="Times New Roman"/>
        </w:rPr>
        <w:t xml:space="preserve"> следует сообщить на lisrent@online-org.ru.</w:t>
      </w:r>
    </w:p>
    <w:p w:rsidR="0093274E" w:rsidRDefault="00A274F6">
      <w:pPr>
        <w:keepNext/>
        <w:spacing w:before="120"/>
        <w:jc w:val="center"/>
      </w:pPr>
      <w:r>
        <w:rPr>
          <w:rFonts w:cs="Times New Roman"/>
          <w:b/>
        </w:rPr>
        <w:t>32. ЗАКЛЮЧИТЕЛЬНЫЕ ПОДТВЕРЖДЕНИЯ</w:t>
      </w:r>
    </w:p>
    <w:p w:rsidR="0093274E" w:rsidRDefault="00A274F6">
      <w:r>
        <w:rPr>
          <w:rFonts w:cs="Times New Roman"/>
        </w:rPr>
        <w:t>32.1. Я подтверждаю, что до совершения действия мне доступны сведения об операторе, целях, данных, операциях, получателях, сроке и способе отзыва.</w:t>
      </w:r>
    </w:p>
    <w:p w:rsidR="0093274E" w:rsidRDefault="00A274F6">
      <w:r>
        <w:rPr>
          <w:rFonts w:cs="Times New Roman"/>
        </w:rPr>
        <w:t xml:space="preserve">32.2. Я понимаю различие между </w:t>
      </w:r>
      <w:r>
        <w:rPr>
          <w:rFonts w:cs="Times New Roman"/>
        </w:rPr>
        <w:t>основной заявкой, платформенной передачей, рекламой, аналитикой и публичным распространением.</w:t>
      </w:r>
    </w:p>
    <w:p w:rsidR="0093274E" w:rsidRDefault="00A274F6">
      <w:r>
        <w:rPr>
          <w:rFonts w:cs="Times New Roman"/>
        </w:rPr>
        <w:t>32.3. Я подтверждаю, что указываю достоверные контактные данные и не передаю секреты доступа и избыточные документы.</w:t>
      </w:r>
    </w:p>
    <w:p w:rsidR="0093274E" w:rsidRDefault="00A274F6">
      <w:r>
        <w:rPr>
          <w:rFonts w:cs="Times New Roman"/>
        </w:rPr>
        <w:t>32.4. Я понимаю, что заявка не является платн</w:t>
      </w:r>
      <w:r>
        <w:rPr>
          <w:rFonts w:cs="Times New Roman"/>
        </w:rPr>
        <w:t>ым заказом и не заменяет отдельный договор.</w:t>
      </w:r>
    </w:p>
    <w:p w:rsidR="0093274E" w:rsidRDefault="00A274F6">
      <w:r>
        <w:rPr>
          <w:rFonts w:cs="Times New Roman"/>
        </w:rPr>
        <w:t>32.5. Я вправе не предоставлять согласие и использовать другой доступный канал обращения.</w:t>
      </w:r>
    </w:p>
    <w:p w:rsidR="0093274E" w:rsidRDefault="00A274F6">
      <w:r>
        <w:rPr>
          <w:rFonts w:cs="Times New Roman"/>
        </w:rPr>
        <w:t>32.6. Политика обработки персональных данных и Политика конфиденциальности доступны на https://lisrent-edu.ru.</w:t>
      </w:r>
    </w:p>
    <w:p w:rsidR="0093274E" w:rsidRDefault="00A274F6">
      <w:r>
        <w:rPr>
          <w:rFonts w:cs="Times New Roman"/>
        </w:rPr>
        <w:t>32.7. Обращ</w:t>
      </w:r>
      <w:r>
        <w:rPr>
          <w:rFonts w:cs="Times New Roman"/>
        </w:rPr>
        <w:t>ения по настоящему согласию направляются на lisrent@online-org.ru.</w:t>
      </w:r>
    </w:p>
    <w:p w:rsidR="0093274E" w:rsidRDefault="00A274F6">
      <w:r>
        <w:rPr>
          <w:rFonts w:cs="Times New Roman"/>
        </w:rPr>
        <w:t>32.8. В части платформенной заявки используется контакт lisrent.online@yandex.com.</w:t>
      </w:r>
    </w:p>
    <w:sectPr w:rsidR="0093274E" w:rsidSect="00034616">
      <w:pgSz w:w="11906" w:h="16838"/>
      <w:pgMar w:top="907" w:right="1020" w:bottom="90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3274E"/>
    <w:rsid w:val="00A274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CFACB81-7B21-43CD-9414-D60CA172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4F5BEA-32F4-45B0-A9F6-05C64693B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4180</Words>
  <Characters>23826</Characters>
  <Application>Microsoft Office Word</Application>
  <DocSecurity>0</DocSecurity>
  <Lines>198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обработку персональных данных</vt:lpstr>
      <vt:lpstr/>
    </vt:vector>
  </TitlesOfParts>
  <Manager/>
  <Company/>
  <LinksUpToDate>false</LinksUpToDate>
  <CharactersWithSpaces>27951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>Согласие на обработку персональных данных сайта LISRENT EDU</dc:subject>
  <dc:creator>LISRENT</dc:creator>
  <cp:keywords>LISRENT, персональные данные, конфиденциальность, соглашение</cp:keywords>
  <dc:description>generated by python-docx</dc:description>
  <cp:lastModifiedBy>Аслан 44</cp:lastModifiedBy>
  <cp:revision>2</cp:revision>
  <dcterms:created xsi:type="dcterms:W3CDTF">2026-08-23T21:52:00Z</dcterms:created>
  <dcterms:modified xsi:type="dcterms:W3CDTF">2026-08-23T21:52:00Z</dcterms:modified>
  <cp:category/>
</cp:coreProperties>
</file>