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FC" w:rsidRDefault="00141F94">
      <w:pPr>
        <w:spacing w:after="80"/>
        <w:jc w:val="center"/>
      </w:pPr>
      <w:bookmarkStart w:id="0" w:name="_GoBack"/>
      <w:bookmarkEnd w:id="0"/>
      <w:r>
        <w:rPr>
          <w:rFonts w:cs="Times New Roman"/>
          <w:b/>
        </w:rPr>
        <w:t>СОГЛАСИЕ НА ИСПОЛЬЗОВАНИЕ ФАЙЛОВ COOKIE И АНАЛИТИЧЕСКИХ СЕРВИСОВ</w:t>
      </w:r>
    </w:p>
    <w:p w:rsidR="00026EFC" w:rsidRDefault="00141F94">
      <w:pPr>
        <w:spacing w:after="160"/>
        <w:jc w:val="center"/>
      </w:pPr>
      <w:r>
        <w:rPr>
          <w:rFonts w:cs="Times New Roman"/>
          <w:b/>
        </w:rPr>
        <w:t>для сайта LISRENT EDU</w:t>
      </w:r>
    </w:p>
    <w:p w:rsidR="00026EFC" w:rsidRDefault="00141F94">
      <w:pPr>
        <w:spacing w:after="100"/>
      </w:pPr>
      <w:r>
        <w:rPr>
          <w:rFonts w:cs="Times New Roman"/>
        </w:rPr>
        <w:t xml:space="preserve">Настоящим посетитель сайта LISRENT EDU по адресу https://lisrent-edu.ru по своему выбору разрешает индивидуальному предпринимателю Магомадову Аслану Герихановичу </w:t>
      </w:r>
      <w:r>
        <w:rPr>
          <w:rFonts w:cs="Times New Roman"/>
        </w:rPr>
        <w:t>использовать необязательные аналитические технологии, Яндекс Метрику и Вебвизор на условиях настоящего Согласия. Согласие предоставляется нажатием кнопки «Разрешить аналитику» либо включением соответствующей категории в окне «Настроить». Кнопка «Только нео</w:t>
      </w:r>
      <w:r>
        <w:rPr>
          <w:rFonts w:cs="Times New Roman"/>
        </w:rPr>
        <w:t>бходимые» означает отказ от необязательной аналитики и не ограничивает доступ к сайту, его материалам и формам.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1. ОПЕРАТОР И ОБЛАСТЬ ПРИМЕНЕНИЯ</w:t>
      </w:r>
    </w:p>
    <w:p w:rsidR="00026EFC" w:rsidRDefault="00141F94">
      <w:r>
        <w:rPr>
          <w:rFonts w:cs="Times New Roman"/>
        </w:rPr>
        <w:t xml:space="preserve">1.1. Оператором персональных данных и владельцем сайта является индивидуальный предприниматель Магомадов Аслан </w:t>
      </w:r>
      <w:r>
        <w:rPr>
          <w:rFonts w:cs="Times New Roman"/>
        </w:rPr>
        <w:t>Гериханович.</w:t>
      </w:r>
    </w:p>
    <w:p w:rsidR="00026EFC" w:rsidRDefault="00141F94">
      <w:r>
        <w:rPr>
          <w:rFonts w:cs="Times New Roman"/>
        </w:rPr>
        <w:t>1.2. ИНН оператора: 201010728477. ОГРНИП: 322100000003210. Место регистрации: Российская Федерация, Республика Карелия, город Кондопога.</w:t>
      </w:r>
    </w:p>
    <w:p w:rsidR="00026EFC" w:rsidRDefault="00141F94">
      <w:r>
        <w:rPr>
          <w:rFonts w:cs="Times New Roman"/>
        </w:rPr>
        <w:t>1.3. Адрес сайта: https://lisrent-edu.ru. Адрес электронной почты по вопросам обработки данных: lisrent@on</w:t>
      </w:r>
      <w:r>
        <w:rPr>
          <w:rFonts w:cs="Times New Roman"/>
        </w:rPr>
        <w:t>line-org.ru. Телефон: +7 993 640-83-30.</w:t>
      </w:r>
    </w:p>
    <w:p w:rsidR="00026EFC" w:rsidRDefault="00141F94">
      <w:r>
        <w:rPr>
          <w:rFonts w:cs="Times New Roman"/>
        </w:rPr>
        <w:t>1.4. Согласие применяется к общедоступному сайту, на котором размещается информация о платформе LISRENT, обучении и юридических услугах.</w:t>
      </w:r>
    </w:p>
    <w:p w:rsidR="00026EFC" w:rsidRDefault="00141F94">
      <w:r>
        <w:rPr>
          <w:rFonts w:cs="Times New Roman"/>
        </w:rPr>
        <w:t xml:space="preserve">1.5. Согласие не распространяется на личные кабинеты школ и учеников по адресу </w:t>
      </w:r>
      <w:r>
        <w:rPr>
          <w:rFonts w:cs="Times New Roman"/>
        </w:rPr>
        <w:t>https://lisrent.online, для которых действуют самостоятельные документы платформы.</w:t>
      </w:r>
    </w:p>
    <w:p w:rsidR="00026EFC" w:rsidRDefault="00141F94">
      <w:r>
        <w:rPr>
          <w:rFonts w:cs="Times New Roman"/>
        </w:rPr>
        <w:t>1.6. Индивидуальный предприниматель Сычев Евгений Вадимович не является оператором аналитики сайта LISRENT EDU и не получает данные Метрики на основании настоящего Согласия.</w:t>
      </w:r>
    </w:p>
    <w:p w:rsidR="00026EFC" w:rsidRDefault="00141F94">
      <w:r>
        <w:rPr>
          <w:rFonts w:cs="Times New Roman"/>
        </w:rPr>
        <w:t>1.7. Документ регулирует только необязательную аналитику и не заменяет Политику конфиденциальности, Политику обработки персональных данных и согласие на обработку данных, введенных в форму.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2. ДОБРОВОЛЬНОСТЬ И ОТДЕЛЬНОСТЬ СОГЛАСИЯ</w:t>
      </w:r>
    </w:p>
    <w:p w:rsidR="00026EFC" w:rsidRDefault="00141F94">
      <w:r>
        <w:rPr>
          <w:rFonts w:cs="Times New Roman"/>
        </w:rPr>
        <w:t>2.1. Предоставление согл</w:t>
      </w:r>
      <w:r>
        <w:rPr>
          <w:rFonts w:cs="Times New Roman"/>
        </w:rPr>
        <w:t>асия является добровольным и не включается автоматически в согласие на рассмотрение заявки.</w:t>
      </w:r>
    </w:p>
    <w:p w:rsidR="00026EFC" w:rsidRDefault="00141F94">
      <w:r>
        <w:rPr>
          <w:rFonts w:cs="Times New Roman"/>
        </w:rPr>
        <w:t>2.2. До совершения активного действия аналитическая категория считается отключенной.</w:t>
      </w:r>
    </w:p>
    <w:p w:rsidR="00026EFC" w:rsidRDefault="00141F94">
      <w:r>
        <w:rPr>
          <w:rFonts w:cs="Times New Roman"/>
        </w:rPr>
        <w:t>2.3. Предварительно установленный флажок, продолжение просмотра, прокрутка стра</w:t>
      </w:r>
      <w:r>
        <w:rPr>
          <w:rFonts w:cs="Times New Roman"/>
        </w:rPr>
        <w:t>ницы, закрытие окна или отсутствие выраженного выбора не признаются согласием.</w:t>
      </w:r>
    </w:p>
    <w:p w:rsidR="00026EFC" w:rsidRDefault="00141F94">
      <w:r>
        <w:rPr>
          <w:rFonts w:cs="Times New Roman"/>
        </w:rPr>
        <w:t>2.4. Отказ не препятствует просмотру страниц, изучению материалов, отправке заявки, заключению отдельного договора или получению услуги.</w:t>
      </w:r>
    </w:p>
    <w:p w:rsidR="00026EFC" w:rsidRDefault="00141F94">
      <w:r>
        <w:rPr>
          <w:rFonts w:cs="Times New Roman"/>
        </w:rPr>
        <w:t>2.5. Оператор не связывает цену, объем к</w:t>
      </w:r>
      <w:r>
        <w:rPr>
          <w:rFonts w:cs="Times New Roman"/>
        </w:rPr>
        <w:t>онсультации или возможность приобрести продукт с разрешением необязательной аналитики.</w:t>
      </w:r>
    </w:p>
    <w:p w:rsidR="00026EFC" w:rsidRDefault="00141F94">
      <w:r>
        <w:rPr>
          <w:rFonts w:cs="Times New Roman"/>
        </w:rPr>
        <w:t>2.6. Согласие относится к определенной цели, составу данных, сервису и сроку, указанным в настоящем документе.</w:t>
      </w:r>
    </w:p>
    <w:p w:rsidR="00026EFC" w:rsidRDefault="00141F94">
      <w:r>
        <w:rPr>
          <w:rFonts w:cs="Times New Roman"/>
        </w:rPr>
        <w:t>2.7. Согласие не подтверждает согласие на рекламу, публика</w:t>
      </w:r>
      <w:r>
        <w:rPr>
          <w:rFonts w:cs="Times New Roman"/>
        </w:rPr>
        <w:t>цию отзыва, передачу платформенной заявки или заключение договора.</w:t>
      </w:r>
    </w:p>
    <w:p w:rsidR="00026EFC" w:rsidRDefault="00141F94">
      <w:r>
        <w:rPr>
          <w:rFonts w:cs="Times New Roman"/>
        </w:rPr>
        <w:t>2.8. Если интерфейс не позволяет сделать свободный выбор до загрузки аналитического кода, аналитика не должна запускаться до исправления интерфейса.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3. ИСПОЛЬЗУЕМЫЕ ПОНЯТИЯ</w:t>
      </w:r>
    </w:p>
    <w:p w:rsidR="00026EFC" w:rsidRDefault="00141F94">
      <w:r>
        <w:rPr>
          <w:rFonts w:cs="Times New Roman"/>
        </w:rPr>
        <w:t>3.1. Файл cookie</w:t>
      </w:r>
      <w:r>
        <w:rPr>
          <w:rFonts w:cs="Times New Roman"/>
        </w:rPr>
        <w:t xml:space="preserve"> представляет собой небольшой фрагмент данных, который сайт или подключенный сервис сохраняет в браузере посетителя и получает при последующих обращениях.</w:t>
      </w:r>
    </w:p>
    <w:p w:rsidR="00026EFC" w:rsidRDefault="00141F94">
      <w:r>
        <w:rPr>
          <w:rFonts w:cs="Times New Roman"/>
        </w:rPr>
        <w:lastRenderedPageBreak/>
        <w:t>3.2. Локальное хранилище, или localStorage, представляет собой область браузера, в которой сайт может</w:t>
      </w:r>
      <w:r>
        <w:rPr>
          <w:rFonts w:cs="Times New Roman"/>
        </w:rPr>
        <w:t xml:space="preserve"> сохранить настройку без автоматической отправки при каждом сетевом запросе.</w:t>
      </w:r>
    </w:p>
    <w:p w:rsidR="00026EFC" w:rsidRDefault="00141F94">
      <w:r>
        <w:rPr>
          <w:rFonts w:cs="Times New Roman"/>
        </w:rPr>
        <w:t>3.3. Сессионное хранилище, или sessionStorage, сохраняет техническое значение в пределах сессии браузера, если иное не предусмотрено его работой.</w:t>
      </w:r>
    </w:p>
    <w:p w:rsidR="00026EFC" w:rsidRDefault="00141F94">
      <w:r>
        <w:rPr>
          <w:rFonts w:cs="Times New Roman"/>
        </w:rPr>
        <w:t>3.4. Необходимыми технологиями яв</w:t>
      </w:r>
      <w:r>
        <w:rPr>
          <w:rFonts w:cs="Times New Roman"/>
        </w:rPr>
        <w:t>ляются минимальные средства, без которых невозможно безопасно предоставить запрошенную функцию, сохранить сделанный выбор или защитить форму.</w:t>
      </w:r>
    </w:p>
    <w:p w:rsidR="00026EFC" w:rsidRDefault="00141F94">
      <w:r>
        <w:rPr>
          <w:rFonts w:cs="Times New Roman"/>
        </w:rPr>
        <w:t>3.5. Аналитическими технологиями являются необязательные средства измерения посещаемости и взаимодействия с интерф</w:t>
      </w:r>
      <w:r>
        <w:rPr>
          <w:rFonts w:cs="Times New Roman"/>
        </w:rPr>
        <w:t>ейсом.</w:t>
      </w:r>
    </w:p>
    <w:p w:rsidR="00026EFC" w:rsidRDefault="00141F94">
      <w:r>
        <w:rPr>
          <w:rFonts w:cs="Times New Roman"/>
        </w:rPr>
        <w:t>3.6. Идентификатор браузера или визита является техническим значением и может относиться к персональным данным, если позволяет прямо или косвенно выделить посетителя.</w:t>
      </w:r>
    </w:p>
    <w:p w:rsidR="00026EFC" w:rsidRDefault="00141F94">
      <w:r>
        <w:rPr>
          <w:rFonts w:cs="Times New Roman"/>
        </w:rPr>
        <w:t xml:space="preserve">3.7. Вебвизор является функцией Яндекс Метрики, которая при включении </w:t>
      </w:r>
      <w:r>
        <w:rPr>
          <w:rFonts w:cs="Times New Roman"/>
        </w:rPr>
        <w:t>воспроизводит последовательность взаимодействия посетителя с видимой частью страницы с учетом настроенных исключений.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4. ПАНЕЛЬ ВЫБОРА</w:t>
      </w:r>
    </w:p>
    <w:p w:rsidR="00026EFC" w:rsidRDefault="00141F94">
      <w:r>
        <w:rPr>
          <w:rFonts w:cs="Times New Roman"/>
        </w:rPr>
        <w:t>4.1. До запуска необязательной аналитики посетителю показывается панель с понятным описанием категорий и ссылкой на насто</w:t>
      </w:r>
      <w:r>
        <w:rPr>
          <w:rFonts w:cs="Times New Roman"/>
        </w:rPr>
        <w:t>ящий документ.</w:t>
      </w:r>
    </w:p>
    <w:p w:rsidR="00026EFC" w:rsidRDefault="00141F94">
      <w:r>
        <w:rPr>
          <w:rFonts w:cs="Times New Roman"/>
        </w:rPr>
        <w:t>4.2. Кнопка «Разрешить аналитику» включает Яндекс Метрику и Вебвизор в объеме, указанном в настоящем Согласии.</w:t>
      </w:r>
    </w:p>
    <w:p w:rsidR="00026EFC" w:rsidRDefault="00141F94">
      <w:r>
        <w:rPr>
          <w:rFonts w:cs="Times New Roman"/>
        </w:rPr>
        <w:t>4.3. Кнопка «Только необходимые» сохраняет отказ и не допускает загрузку кода Яндекс Метрики и Вебвизора.</w:t>
      </w:r>
    </w:p>
    <w:p w:rsidR="00026EFC" w:rsidRDefault="00141F94">
      <w:r>
        <w:rPr>
          <w:rFonts w:cs="Times New Roman"/>
        </w:rPr>
        <w:t xml:space="preserve">4.4. Кнопка «Настроить» </w:t>
      </w:r>
      <w:r>
        <w:rPr>
          <w:rFonts w:cs="Times New Roman"/>
        </w:rPr>
        <w:t>позволяет отдельно ознакомиться с аналитической категорией и включить либо не включить ее.</w:t>
      </w:r>
    </w:p>
    <w:p w:rsidR="00026EFC" w:rsidRDefault="00141F94">
      <w:r>
        <w:rPr>
          <w:rFonts w:cs="Times New Roman"/>
        </w:rPr>
        <w:t>4.5. Кнопки согласия и отказа должны быть доступны без искусственного усложнения выбора и без вводящего в заблуждение оформления.</w:t>
      </w:r>
    </w:p>
    <w:p w:rsidR="00026EFC" w:rsidRDefault="00141F94">
      <w:r>
        <w:rPr>
          <w:rFonts w:cs="Times New Roman"/>
        </w:rPr>
        <w:t xml:space="preserve">4.6. Закрытие панели без выбора не </w:t>
      </w:r>
      <w:r>
        <w:rPr>
          <w:rFonts w:cs="Times New Roman"/>
        </w:rPr>
        <w:t>включает аналитическую категорию; при необходимости панель может быть показана снова.</w:t>
      </w:r>
    </w:p>
    <w:p w:rsidR="00026EFC" w:rsidRDefault="00141F94">
      <w:r>
        <w:rPr>
          <w:rFonts w:cs="Times New Roman"/>
        </w:rPr>
        <w:t>4.7. Ссылка в нижней части сайта позволяет в дальнейшем открыть настройки и изменить ранее сделанный выбор.</w:t>
      </w:r>
    </w:p>
    <w:p w:rsidR="00026EFC" w:rsidRDefault="00141F94">
      <w:r>
        <w:rPr>
          <w:rFonts w:cs="Times New Roman"/>
        </w:rPr>
        <w:t>4.8. При существенном изменении целей, сервиса или состава дан</w:t>
      </w:r>
      <w:r>
        <w:rPr>
          <w:rFonts w:cs="Times New Roman"/>
        </w:rPr>
        <w:t>ных прежняя настройка не используется для новой обработки, а панель запрашивает новый выбор.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5. НЕОБХОДИМЫЕ ТЕХНОЛОГИИ</w:t>
      </w:r>
    </w:p>
    <w:p w:rsidR="00026EFC" w:rsidRDefault="00141F94">
      <w:r>
        <w:rPr>
          <w:rFonts w:cs="Times New Roman"/>
        </w:rPr>
        <w:t>5.1. Необходимые технологии отделяются от аналитических и используются в минимальном объеме независимо от решения об аналитике.</w:t>
      </w:r>
    </w:p>
    <w:p w:rsidR="00026EFC" w:rsidRDefault="00141F94">
      <w:r>
        <w:rPr>
          <w:rFonts w:cs="Times New Roman"/>
        </w:rPr>
        <w:t>5.2. К не</w:t>
      </w:r>
      <w:r>
        <w:rPr>
          <w:rFonts w:cs="Times New Roman"/>
        </w:rPr>
        <w:t>обходимым функциям могут относиться доставка страницы, защита соединения, предотвращение злоупотреблений, распределение нагрузки, сохранение состояния формы и выбранной cookie-настройки.</w:t>
      </w:r>
    </w:p>
    <w:p w:rsidR="00026EFC" w:rsidRDefault="00141F94">
      <w:r>
        <w:rPr>
          <w:rFonts w:cs="Times New Roman"/>
        </w:rPr>
        <w:t>5.3. Правовым основанием необходимых операций является предоставление</w:t>
      </w:r>
      <w:r>
        <w:rPr>
          <w:rFonts w:cs="Times New Roman"/>
        </w:rPr>
        <w:t xml:space="preserve"> запрошенной функции, исполнение обязанностей оператора либо осуществление его законного интереса в безопасности при условии соблюдения прав посетителя.</w:t>
      </w:r>
    </w:p>
    <w:p w:rsidR="00026EFC" w:rsidRDefault="00141F94">
      <w:r>
        <w:rPr>
          <w:rFonts w:cs="Times New Roman"/>
        </w:rPr>
        <w:t>5.4. Необходимая категория не используется для оценки рекламных интересов, построения маркетинговых сег</w:t>
      </w:r>
      <w:r>
        <w:rPr>
          <w:rFonts w:cs="Times New Roman"/>
        </w:rPr>
        <w:t>ментов или наблюдения за поведением на разных сайтах.</w:t>
      </w:r>
    </w:p>
    <w:p w:rsidR="00026EFC" w:rsidRDefault="00141F94">
      <w:r>
        <w:rPr>
          <w:rFonts w:cs="Times New Roman"/>
        </w:rPr>
        <w:t>5.5. Если конкретная технология перестает быть необходимой, оператор исключает ее из обязательной категории или переводит в категорию, для которой требуется выбор посетителя.</w:t>
      </w:r>
    </w:p>
    <w:p w:rsidR="00026EFC" w:rsidRDefault="00141F94">
      <w:r>
        <w:rPr>
          <w:rFonts w:cs="Times New Roman"/>
        </w:rPr>
        <w:t>5.6. Отключение всех данных</w:t>
      </w:r>
      <w:r>
        <w:rPr>
          <w:rFonts w:cs="Times New Roman"/>
        </w:rPr>
        <w:t xml:space="preserve"> браузера в его настройках может нарушить отдельные технические функции, о чем посетитель информируется самим браузером или интерфейсом сайта.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lastRenderedPageBreak/>
        <w:t>6. СОХРАНЕНИЕ ВЫБРАННОЙ НАСТРОЙКИ</w:t>
      </w:r>
    </w:p>
    <w:p w:rsidR="00026EFC" w:rsidRDefault="00141F94">
      <w:r>
        <w:rPr>
          <w:rFonts w:cs="Times New Roman"/>
        </w:rPr>
        <w:t xml:space="preserve">6.1. Сделанный выбор сохраняется на устройстве в localStorage сайта под ключом </w:t>
      </w:r>
      <w:r>
        <w:rPr>
          <w:rFonts w:cs="Times New Roman"/>
        </w:rPr>
        <w:t>lisrent-cookie-choice.</w:t>
      </w:r>
    </w:p>
    <w:p w:rsidR="00026EFC" w:rsidRDefault="00141F94">
      <w:r>
        <w:rPr>
          <w:rFonts w:cs="Times New Roman"/>
        </w:rPr>
        <w:t>6.2. Запись может содержать значение выбора, версию текста и техническую отметку времени, необходимые для применения и подтверждения настройки.</w:t>
      </w:r>
    </w:p>
    <w:p w:rsidR="00026EFC" w:rsidRDefault="00141F94">
      <w:r>
        <w:rPr>
          <w:rFonts w:cs="Times New Roman"/>
        </w:rPr>
        <w:t>6.3. В эту запись не включаются имя, номер телефона, адрес электронной почты, текст заявк</w:t>
      </w:r>
      <w:r>
        <w:rPr>
          <w:rFonts w:cs="Times New Roman"/>
        </w:rPr>
        <w:t>и, ИНН и сведения о договоре.</w:t>
      </w:r>
    </w:p>
    <w:p w:rsidR="00026EFC" w:rsidRDefault="00141F94">
      <w:r>
        <w:rPr>
          <w:rFonts w:cs="Times New Roman"/>
        </w:rPr>
        <w:t>6.4. Настройка действует только в том браузере и на том устройстве, где она сохранена.</w:t>
      </w:r>
    </w:p>
    <w:p w:rsidR="00026EFC" w:rsidRDefault="00141F94">
      <w:r>
        <w:rPr>
          <w:rFonts w:cs="Times New Roman"/>
        </w:rPr>
        <w:t>6.5. Удаление localStorage или использование другого браузера может привести к повторному показу панели.</w:t>
      </w:r>
    </w:p>
    <w:p w:rsidR="00026EFC" w:rsidRDefault="00141F94">
      <w:r>
        <w:rPr>
          <w:rFonts w:cs="Times New Roman"/>
        </w:rPr>
        <w:t>6.6. Срок хранения выбора составля</w:t>
      </w:r>
      <w:r>
        <w:rPr>
          <w:rFonts w:cs="Times New Roman"/>
        </w:rPr>
        <w:t>ет не более двенадцати месяцев, после чего оператор запрашивает решение повторно, если аналитика продолжает использоваться.</w:t>
      </w:r>
    </w:p>
    <w:p w:rsidR="00026EFC" w:rsidRDefault="00141F94">
      <w:r>
        <w:rPr>
          <w:rFonts w:cs="Times New Roman"/>
        </w:rPr>
        <w:t>6.7. Новая версия выбора заменяет прежнее значение на соответствующем устройстве.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7. МОМЕНТ ПРЕДОСТАВЛЕНИЯ СОГЛАСИЯ</w:t>
      </w:r>
    </w:p>
    <w:p w:rsidR="00026EFC" w:rsidRDefault="00141F94">
      <w:r>
        <w:rPr>
          <w:rFonts w:cs="Times New Roman"/>
        </w:rPr>
        <w:t>7.1. Согласие во</w:t>
      </w:r>
      <w:r>
        <w:rPr>
          <w:rFonts w:cs="Times New Roman"/>
        </w:rPr>
        <w:t>зникает в момент нажатия кнопки «Разрешить аналитику» или сохранения настройки с включенной аналитической категорией.</w:t>
      </w:r>
    </w:p>
    <w:p w:rsidR="00026EFC" w:rsidRDefault="00141F94">
      <w:r>
        <w:rPr>
          <w:rFonts w:cs="Times New Roman"/>
        </w:rPr>
        <w:t xml:space="preserve">7.2. До указанного момента код Яндекс Метрики и Вебвизора не должен обращаться к серверам сервиса и устанавливать аналитические </w:t>
      </w:r>
      <w:r>
        <w:rPr>
          <w:rFonts w:cs="Times New Roman"/>
        </w:rPr>
        <w:t>идентификаторы.</w:t>
      </w:r>
    </w:p>
    <w:p w:rsidR="00026EFC" w:rsidRDefault="00141F94">
      <w:r>
        <w:rPr>
          <w:rFonts w:cs="Times New Roman"/>
        </w:rPr>
        <w:t>7.3. Активное действие фиксируется отдельно от отправки заявки и рекламного согласия.</w:t>
      </w:r>
    </w:p>
    <w:p w:rsidR="00026EFC" w:rsidRDefault="00141F94">
      <w:r>
        <w:rPr>
          <w:rFonts w:cs="Times New Roman"/>
        </w:rPr>
        <w:t>7.4. Если браузер блокирует сохранение выбора, одноразовое нажатие может применяться только к текущей загрузке страницы, а при следующем посещении решение</w:t>
      </w:r>
      <w:r>
        <w:rPr>
          <w:rFonts w:cs="Times New Roman"/>
        </w:rPr>
        <w:t xml:space="preserve"> запрашивается снова.</w:t>
      </w:r>
    </w:p>
    <w:p w:rsidR="00026EFC" w:rsidRDefault="00141F94">
      <w:r>
        <w:rPr>
          <w:rFonts w:cs="Times New Roman"/>
        </w:rPr>
        <w:t>7.5. Оператор обязан уметь подтвердить содержание текста, доступного посетителю в момент выбора.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8. ЦЕЛИ АНАЛИТИКИ</w:t>
      </w:r>
    </w:p>
    <w:p w:rsidR="00026EFC" w:rsidRDefault="00141F94">
      <w:r>
        <w:rPr>
          <w:rFonts w:cs="Times New Roman"/>
        </w:rPr>
        <w:t>8.1. Определение количества посещений и примерного числа посетителей без установления их гражданской личности.</w:t>
      </w:r>
    </w:p>
    <w:p w:rsidR="00026EFC" w:rsidRDefault="00141F94">
      <w:r>
        <w:rPr>
          <w:rFonts w:cs="Times New Roman"/>
        </w:rPr>
        <w:t>8.2. Оце</w:t>
      </w:r>
      <w:r>
        <w:rPr>
          <w:rFonts w:cs="Times New Roman"/>
        </w:rPr>
        <w:t>нка источников перехода, востребованности страниц и последовательности просмотра разделов сайта.</w:t>
      </w:r>
    </w:p>
    <w:p w:rsidR="00026EFC" w:rsidRDefault="00141F94">
      <w:r>
        <w:rPr>
          <w:rFonts w:cs="Times New Roman"/>
        </w:rPr>
        <w:t>8.3. Выявление технических ошибок, страниц с затрудненной навигацией и элементов интерфейса, которые работают не так, как ожидается.</w:t>
      </w:r>
    </w:p>
    <w:p w:rsidR="00026EFC" w:rsidRDefault="00141F94">
      <w:r>
        <w:rPr>
          <w:rFonts w:cs="Times New Roman"/>
        </w:rPr>
        <w:t>8.4. Оценка удобства формы</w:t>
      </w:r>
      <w:r>
        <w:rPr>
          <w:rFonts w:cs="Times New Roman"/>
        </w:rPr>
        <w:t xml:space="preserve"> без записи введенных в нее значений.</w:t>
      </w:r>
    </w:p>
    <w:p w:rsidR="00026EFC" w:rsidRDefault="00141F94">
      <w:r>
        <w:rPr>
          <w:rFonts w:cs="Times New Roman"/>
        </w:rPr>
        <w:t>8.5. Анализ глубины просмотра, прокрутки, переходов по ссылкам и иных обезличенных событий взаимодействия.</w:t>
      </w:r>
    </w:p>
    <w:p w:rsidR="00026EFC" w:rsidRDefault="00141F94">
      <w:r>
        <w:rPr>
          <w:rFonts w:cs="Times New Roman"/>
        </w:rPr>
        <w:t>8.6. Улучшение структуры материалов о платформе, обучении и юридических услугах.</w:t>
      </w:r>
    </w:p>
    <w:p w:rsidR="00026EFC" w:rsidRDefault="00141F94">
      <w:r>
        <w:rPr>
          <w:rFonts w:cs="Times New Roman"/>
        </w:rPr>
        <w:t>8.7. Подготовка сводной статис</w:t>
      </w:r>
      <w:r>
        <w:rPr>
          <w:rFonts w:cs="Times New Roman"/>
        </w:rPr>
        <w:t>тики для принятия решений о развитии сайта.</w:t>
      </w:r>
    </w:p>
    <w:p w:rsidR="00026EFC" w:rsidRDefault="00141F94">
      <w:r>
        <w:rPr>
          <w:rFonts w:cs="Times New Roman"/>
        </w:rPr>
        <w:t>8.8. Обнаружение аномального автоматизированного трафика и проверка корректности счетчика в пределах возможностей сервиса.</w:t>
      </w:r>
    </w:p>
    <w:p w:rsidR="00026EFC" w:rsidRDefault="00141F94">
      <w:r>
        <w:rPr>
          <w:rFonts w:cs="Times New Roman"/>
        </w:rPr>
        <w:t>8.9. Настоящее Согласие не разрешает использование собранных сведений для принятия решени</w:t>
      </w:r>
      <w:r>
        <w:rPr>
          <w:rFonts w:cs="Times New Roman"/>
        </w:rPr>
        <w:t>я, порождающего юридические последствия для посетителя.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9. ЯНДЕКС МЕТРИКА</w:t>
      </w:r>
    </w:p>
    <w:p w:rsidR="00026EFC" w:rsidRDefault="00141F94">
      <w:r>
        <w:rPr>
          <w:rFonts w:cs="Times New Roman"/>
        </w:rPr>
        <w:t>9.1. После согласия на сайте может загружаться счетчик Яндекс Метрики, предоставляемый обществом с ограниченной ответственностью «ЯНДЕКС», Российская Федерация, 119021, город Москва,</w:t>
      </w:r>
      <w:r>
        <w:rPr>
          <w:rFonts w:cs="Times New Roman"/>
        </w:rPr>
        <w:t xml:space="preserve"> улица Льва Толстого, дом 16.</w:t>
      </w:r>
    </w:p>
    <w:p w:rsidR="00026EFC" w:rsidRDefault="00141F94">
      <w:r>
        <w:rPr>
          <w:rFonts w:cs="Times New Roman"/>
        </w:rPr>
        <w:t>9.2. Яндекс Метрика получает технические сведения о загрузке страницы и действиях, для измерения которых настроен счетчик.</w:t>
      </w:r>
    </w:p>
    <w:p w:rsidR="00026EFC" w:rsidRDefault="00141F94">
      <w:r>
        <w:rPr>
          <w:rFonts w:cs="Times New Roman"/>
        </w:rPr>
        <w:lastRenderedPageBreak/>
        <w:t>9.3. Сервис формирует статистические объекты и отчеты о посещаемости, источниках, устройствах и поведен</w:t>
      </w:r>
      <w:r>
        <w:rPr>
          <w:rFonts w:cs="Times New Roman"/>
        </w:rPr>
        <w:t>ии на страницах.</w:t>
      </w:r>
    </w:p>
    <w:p w:rsidR="00026EFC" w:rsidRDefault="00141F94">
      <w:r>
        <w:rPr>
          <w:rFonts w:cs="Times New Roman"/>
        </w:rPr>
        <w:t>9.4. Для различения браузеров и визитов сервис использует технические идентификаторы в cookie, localStorage и иных предусмотренных документацией хранилищах.</w:t>
      </w:r>
    </w:p>
    <w:p w:rsidR="00026EFC" w:rsidRDefault="00141F94">
      <w:r>
        <w:rPr>
          <w:rFonts w:cs="Times New Roman"/>
        </w:rPr>
        <w:t>9.5. Перечень и сроки действия служебных файлов Яндекс Метрики определяются актуал</w:t>
      </w:r>
      <w:r>
        <w:rPr>
          <w:rFonts w:cs="Times New Roman"/>
        </w:rPr>
        <w:t>ьной документацией сервиса и могут различаться для отдельных файлов.</w:t>
      </w:r>
    </w:p>
    <w:p w:rsidR="00026EFC" w:rsidRDefault="00141F94">
      <w:r>
        <w:rPr>
          <w:rFonts w:cs="Times New Roman"/>
        </w:rPr>
        <w:t>9.6. Оператор не включает дополнительные функции Метрики, которые требуют передачи данных из CRM, офлайн-конверсий или собственных идентификаторов клиента, на основании настоящего Согласи</w:t>
      </w:r>
      <w:r>
        <w:rPr>
          <w:rFonts w:cs="Times New Roman"/>
        </w:rPr>
        <w:t>я.</w:t>
      </w:r>
    </w:p>
    <w:p w:rsidR="00026EFC" w:rsidRDefault="00141F94">
      <w:r>
        <w:rPr>
          <w:rFonts w:cs="Times New Roman"/>
        </w:rPr>
        <w:t>9.7. Доступ к счетчику предоставляется только оператору и уполномоченному техническому специалисту в необходимом объеме.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10. ВЕБВИЗОР</w:t>
      </w:r>
    </w:p>
    <w:p w:rsidR="00026EFC" w:rsidRDefault="00141F94">
      <w:r>
        <w:rPr>
          <w:rFonts w:cs="Times New Roman"/>
        </w:rPr>
        <w:t>10.1. Вебвизор включается только одновременно с разрешенной аналитической категорией.</w:t>
      </w:r>
    </w:p>
    <w:p w:rsidR="00026EFC" w:rsidRDefault="00141F94">
      <w:r>
        <w:rPr>
          <w:rFonts w:cs="Times New Roman"/>
        </w:rPr>
        <w:t>10.2. Функция может фиксировать п</w:t>
      </w:r>
      <w:r>
        <w:rPr>
          <w:rFonts w:cs="Times New Roman"/>
        </w:rPr>
        <w:t>оследовательность просмотров, перемещения указателя, клики, прокрутку, изменение видимой области и взаимодействие с элементами страницы.</w:t>
      </w:r>
    </w:p>
    <w:p w:rsidR="00026EFC" w:rsidRDefault="00141F94">
      <w:r>
        <w:rPr>
          <w:rFonts w:cs="Times New Roman"/>
        </w:rPr>
        <w:t>10.3. Запись предназначена для поиска ошибок и оценки удобства интерфейса, а не для установления личности посетителя.</w:t>
      </w:r>
    </w:p>
    <w:p w:rsidR="00026EFC" w:rsidRDefault="00141F94">
      <w:r>
        <w:rPr>
          <w:rFonts w:cs="Times New Roman"/>
        </w:rPr>
        <w:t>1</w:t>
      </w:r>
      <w:r>
        <w:rPr>
          <w:rFonts w:cs="Times New Roman"/>
        </w:rPr>
        <w:t>0.4. Содержимое полей заявки, поиска и иных полей ввода исключается из записи техническими настройками.</w:t>
      </w:r>
    </w:p>
    <w:p w:rsidR="00026EFC" w:rsidRDefault="00141F94">
      <w:r>
        <w:rPr>
          <w:rFonts w:cs="Times New Roman"/>
        </w:rPr>
        <w:t>10.5. Блок формы полностью закрывается от записи содержимого, когда это требуется для исключения текста, подписей и пользовательских сообщений.</w:t>
      </w:r>
    </w:p>
    <w:p w:rsidR="00026EFC" w:rsidRDefault="00141F94">
      <w:r>
        <w:rPr>
          <w:rFonts w:cs="Times New Roman"/>
        </w:rPr>
        <w:t xml:space="preserve">10.6. </w:t>
      </w:r>
      <w:r>
        <w:rPr>
          <w:rFonts w:cs="Times New Roman"/>
        </w:rPr>
        <w:t>Оператор не использует запись всех полей и не присваивает полям формы класс, разрешающий запись введенных значений.</w:t>
      </w:r>
    </w:p>
    <w:p w:rsidR="00026EFC" w:rsidRDefault="00141F94">
      <w:r>
        <w:rPr>
          <w:rFonts w:cs="Times New Roman"/>
        </w:rPr>
        <w:t>10.7. Видеозапись камеры, звук с микрофона, содержимое иных приложений и файлы на устройстве Вебвизором не собираются.</w:t>
      </w:r>
    </w:p>
    <w:p w:rsidR="00026EFC" w:rsidRDefault="00141F94">
      <w:r>
        <w:rPr>
          <w:rFonts w:cs="Times New Roman"/>
        </w:rPr>
        <w:t>10.8. Записи сессий п</w:t>
      </w:r>
      <w:r>
        <w:rPr>
          <w:rFonts w:cs="Times New Roman"/>
        </w:rPr>
        <w:t>росматриваются только при наличии практической задачи по исправлению сайта и не используются для публичной демонстрации поведения конкретного посетителя.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11. СОСТАВ АНАЛИТИЧЕСКИХ ДАННЫХ</w:t>
      </w:r>
    </w:p>
    <w:p w:rsidR="00026EFC" w:rsidRDefault="00141F94">
      <w:r>
        <w:rPr>
          <w:rFonts w:cs="Times New Roman"/>
        </w:rPr>
        <w:t>11.1. IP-адрес и технические сведения, доступные из сетевого запроса к</w:t>
      </w:r>
      <w:r>
        <w:rPr>
          <w:rFonts w:cs="Times New Roman"/>
        </w:rPr>
        <w:t xml:space="preserve"> счетчику.</w:t>
      </w:r>
    </w:p>
    <w:p w:rsidR="00026EFC" w:rsidRDefault="00141F94">
      <w:r>
        <w:rPr>
          <w:rFonts w:cs="Times New Roman"/>
        </w:rPr>
        <w:t>11.2. Дата, время, продолжительность визита и технический идентификатор браузера, устройства или сессии.</w:t>
      </w:r>
    </w:p>
    <w:p w:rsidR="00026EFC" w:rsidRDefault="00141F94">
      <w:r>
        <w:rPr>
          <w:rFonts w:cs="Times New Roman"/>
        </w:rPr>
        <w:t>11.3. Адрес просмотренной страницы, заголовок страницы и адрес источника перехода.</w:t>
      </w:r>
    </w:p>
    <w:p w:rsidR="00026EFC" w:rsidRDefault="00141F94">
      <w:r>
        <w:rPr>
          <w:rFonts w:cs="Times New Roman"/>
        </w:rPr>
        <w:t>11.4. Тип и версия браузера, операционная система, тип ус</w:t>
      </w:r>
      <w:r>
        <w:rPr>
          <w:rFonts w:cs="Times New Roman"/>
        </w:rPr>
        <w:t>тройства, размер экрана, язык и параметры окна.</w:t>
      </w:r>
    </w:p>
    <w:p w:rsidR="00026EFC" w:rsidRDefault="00141F94">
      <w:r>
        <w:rPr>
          <w:rFonts w:cs="Times New Roman"/>
        </w:rPr>
        <w:t>11.5. Примерный регион, определяемый сервисом по техническим данным, без использования точной геолокации устройства.</w:t>
      </w:r>
    </w:p>
    <w:p w:rsidR="00026EFC" w:rsidRDefault="00141F94">
      <w:r>
        <w:rPr>
          <w:rFonts w:cs="Times New Roman"/>
        </w:rPr>
        <w:t>11.6. Сведения о наличии блокировщика рекламы, поддержке cookie, JavaScript и отдельных тех</w:t>
      </w:r>
      <w:r>
        <w:rPr>
          <w:rFonts w:cs="Times New Roman"/>
        </w:rPr>
        <w:t>нических возможностей.</w:t>
      </w:r>
    </w:p>
    <w:p w:rsidR="00026EFC" w:rsidRDefault="00141F94">
      <w:r>
        <w:rPr>
          <w:rFonts w:cs="Times New Roman"/>
        </w:rPr>
        <w:t>11.7. Просмотры, клики, прокрутка, переходы, загрузка файла и достижение настроенной цели без содержания введенных данных.</w:t>
      </w:r>
    </w:p>
    <w:p w:rsidR="00026EFC" w:rsidRDefault="00141F94">
      <w:r>
        <w:rPr>
          <w:rFonts w:cs="Times New Roman"/>
        </w:rPr>
        <w:t>11.8. Техническая информация об ошибках загрузки и производительности страницы, если соответствующая функция с</w:t>
      </w:r>
      <w:r>
        <w:rPr>
          <w:rFonts w:cs="Times New Roman"/>
        </w:rPr>
        <w:t>четчика включена.</w:t>
      </w:r>
    </w:p>
    <w:p w:rsidR="00026EFC" w:rsidRDefault="00141F94">
      <w:r>
        <w:rPr>
          <w:rFonts w:cs="Times New Roman"/>
        </w:rPr>
        <w:t>11.9. Идентификаторы и свойства cookie, localStorage или sessionStorage, устанавливаемые Яндекс Метрикой после согласия.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12. ДАННЫЕ, НЕ ПЕРЕДАВАЕМЫЕ В АНАЛИТИКУ</w:t>
      </w:r>
    </w:p>
    <w:p w:rsidR="00026EFC" w:rsidRDefault="00141F94">
      <w:r>
        <w:rPr>
          <w:rFonts w:cs="Times New Roman"/>
        </w:rPr>
        <w:t>12.1. Фамилия, имя, отчество и иное имя заявителя не передаются в Яндекс Метр</w:t>
      </w:r>
      <w:r>
        <w:rPr>
          <w:rFonts w:cs="Times New Roman"/>
        </w:rPr>
        <w:t>ику.</w:t>
      </w:r>
    </w:p>
    <w:p w:rsidR="00026EFC" w:rsidRDefault="00141F94">
      <w:r>
        <w:rPr>
          <w:rFonts w:cs="Times New Roman"/>
        </w:rPr>
        <w:lastRenderedPageBreak/>
        <w:t>12.2. Номер телефона, адрес электронной почты, почтовый адрес и идентификатор в мессенджере не передаются в сервис.</w:t>
      </w:r>
    </w:p>
    <w:p w:rsidR="00026EFC" w:rsidRDefault="00141F94">
      <w:r>
        <w:rPr>
          <w:rFonts w:cs="Times New Roman"/>
        </w:rPr>
        <w:t>12.3. Текст заявки, описание юридической задачи, название организации и сведения о ее представителе не используются как параметры анали</w:t>
      </w:r>
      <w:r>
        <w:rPr>
          <w:rFonts w:cs="Times New Roman"/>
        </w:rPr>
        <w:t>тики.</w:t>
      </w:r>
    </w:p>
    <w:p w:rsidR="00026EFC" w:rsidRDefault="00141F94">
      <w:r>
        <w:rPr>
          <w:rFonts w:cs="Times New Roman"/>
        </w:rPr>
        <w:t>12.4. Паспорт, СНИЛС, ИНН, банковские реквизиты, платежные сведения и документы не относятся к аналитическим данным.</w:t>
      </w:r>
    </w:p>
    <w:p w:rsidR="00026EFC" w:rsidRDefault="00141F94">
      <w:r>
        <w:rPr>
          <w:rFonts w:cs="Times New Roman"/>
        </w:rPr>
        <w:t>12.5. Пароли, коды подтверждения, содержимое личной переписки и прикрепленные файлы не собираются счетчиком.</w:t>
      </w:r>
    </w:p>
    <w:p w:rsidR="00026EFC" w:rsidRDefault="00141F94">
      <w:r>
        <w:rPr>
          <w:rFonts w:cs="Times New Roman"/>
        </w:rPr>
        <w:t>12.6. Сведения о здоровь</w:t>
      </w:r>
      <w:r>
        <w:rPr>
          <w:rFonts w:cs="Times New Roman"/>
        </w:rPr>
        <w:t>е, политических взглядах, религии, интимной жизни, судимости и иные специальные категории не выводятся из поведения и не передаются как параметры.</w:t>
      </w:r>
    </w:p>
    <w:p w:rsidR="00026EFC" w:rsidRDefault="00141F94">
      <w:r>
        <w:rPr>
          <w:rFonts w:cs="Times New Roman"/>
        </w:rPr>
        <w:t>12.7. Изображение лица и голос не используются для биометрической идентификации.</w:t>
      </w:r>
    </w:p>
    <w:p w:rsidR="00026EFC" w:rsidRDefault="00141F94">
      <w:r>
        <w:rPr>
          <w:rFonts w:cs="Times New Roman"/>
        </w:rPr>
        <w:t>12.8. Сведения, полученные и</w:t>
      </w:r>
      <w:r>
        <w:rPr>
          <w:rFonts w:cs="Times New Roman"/>
        </w:rPr>
        <w:t>з заявки, не сопоставляются с ClientID Метрики для установления личности посетителя.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13. ЗАЩИТА ФОРМ ОТ ЗАПИСИ</w:t>
      </w:r>
    </w:p>
    <w:p w:rsidR="00026EFC" w:rsidRDefault="00141F94">
      <w:r>
        <w:rPr>
          <w:rFonts w:cs="Times New Roman"/>
        </w:rPr>
        <w:t>13.1. Каждому элементу input и textarea в формах присваивается класс ym-disable-keys либо применяется эквивалентное более строгое ограничение зап</w:t>
      </w:r>
      <w:r>
        <w:rPr>
          <w:rFonts w:cs="Times New Roman"/>
        </w:rPr>
        <w:t>иси.</w:t>
      </w:r>
    </w:p>
    <w:p w:rsidR="00026EFC" w:rsidRDefault="00141F94">
      <w:r>
        <w:rPr>
          <w:rFonts w:cs="Times New Roman"/>
        </w:rPr>
        <w:t>13.2. Контейнер формы маркируется классом ym-hide-content для закрытия содержимого формы и связанных сообщений от Вебвизора.</w:t>
      </w:r>
    </w:p>
    <w:p w:rsidR="00026EFC" w:rsidRDefault="00141F94">
      <w:r>
        <w:rPr>
          <w:rFonts w:cs="Times New Roman"/>
        </w:rPr>
        <w:t>13.3. Класс ym-record-keys, разрешающий запись значений полей, к формам сайта не применяется.</w:t>
      </w:r>
    </w:p>
    <w:p w:rsidR="00026EFC" w:rsidRDefault="00141F94">
      <w:r>
        <w:rPr>
          <w:rFonts w:cs="Times New Roman"/>
        </w:rPr>
        <w:t>13.4. Настройка записи всех поле</w:t>
      </w:r>
      <w:r>
        <w:rPr>
          <w:rFonts w:cs="Times New Roman"/>
        </w:rPr>
        <w:t>й отключается либо компенсируется гарантированным закрытием каждого поля и контейнера.</w:t>
      </w:r>
    </w:p>
    <w:p w:rsidR="00026EFC" w:rsidRDefault="00141F94">
      <w:r>
        <w:rPr>
          <w:rFonts w:cs="Times New Roman"/>
        </w:rPr>
        <w:t>13.5. Маскирование проверяется после изменения темы WordPress, конструктора формы, счетчика или структуры страницы.</w:t>
      </w:r>
    </w:p>
    <w:p w:rsidR="00026EFC" w:rsidRDefault="00141F94">
      <w:r>
        <w:rPr>
          <w:rFonts w:cs="Times New Roman"/>
        </w:rPr>
        <w:t xml:space="preserve">13.6. Если проверка выявила запись значения поля, </w:t>
      </w:r>
      <w:r>
        <w:rPr>
          <w:rFonts w:cs="Times New Roman"/>
        </w:rPr>
        <w:t>оператор прекращает доступ к соответствующей записи, устраняет настройку и оценивает необходимость действий при инциденте.</w:t>
      </w:r>
    </w:p>
    <w:p w:rsidR="00026EFC" w:rsidRDefault="00141F94">
      <w:r>
        <w:rPr>
          <w:rFonts w:cs="Times New Roman"/>
        </w:rPr>
        <w:t>13.7. Техническая информация о факте начала или успешной отправки формы может учитываться как цель без передачи текста и реквизитов ф</w:t>
      </w:r>
      <w:r>
        <w:rPr>
          <w:rFonts w:cs="Times New Roman"/>
        </w:rPr>
        <w:t>ормы.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14. АДРЕСА СТРАНИЦ И АНАЛИТИЧЕСКИЕ ПАРАМЕТРЫ</w:t>
      </w:r>
    </w:p>
    <w:p w:rsidR="00026EFC" w:rsidRDefault="00141F94">
      <w:r>
        <w:rPr>
          <w:rFonts w:cs="Times New Roman"/>
        </w:rPr>
        <w:t>14.1. Персональные данные не включаются в путь страницы, строку запроса URL, якорь, заголовок страницы или имя загружаемого файла.</w:t>
      </w:r>
    </w:p>
    <w:p w:rsidR="00026EFC" w:rsidRDefault="00141F94">
      <w:r>
        <w:rPr>
          <w:rFonts w:cs="Times New Roman"/>
        </w:rPr>
        <w:t>14.2. Фамилия, телефон, электронная почта, ИНН и иные идентифицирующие све</w:t>
      </w:r>
      <w:r>
        <w:rPr>
          <w:rFonts w:cs="Times New Roman"/>
        </w:rPr>
        <w:t>дения не включаются в utm_source, utm_medium, utm_campaign, utm_term и utm_content.</w:t>
      </w:r>
    </w:p>
    <w:p w:rsidR="00026EFC" w:rsidRDefault="00141F94">
      <w:r>
        <w:rPr>
          <w:rFonts w:cs="Times New Roman"/>
        </w:rPr>
        <w:t>14.3. Параметры событий и целей содержат только нейтральное наименование действия, например открытие раздела или успешную отправку формы.</w:t>
      </w:r>
    </w:p>
    <w:p w:rsidR="00026EFC" w:rsidRDefault="00141F94">
      <w:r>
        <w:rPr>
          <w:rFonts w:cs="Times New Roman"/>
        </w:rPr>
        <w:t>14.4. В UserID, ClientID, параметр</w:t>
      </w:r>
      <w:r>
        <w:rPr>
          <w:rFonts w:cs="Times New Roman"/>
        </w:rPr>
        <w:t>ы посетителя и параметры визита не передаются контактные данные или их очевидные преобразования.</w:t>
      </w:r>
    </w:p>
    <w:p w:rsidR="00026EFC" w:rsidRDefault="00141F94">
      <w:r>
        <w:rPr>
          <w:rFonts w:cs="Times New Roman"/>
        </w:rPr>
        <w:t>14.5. Хеширование телефона или электронной почты само по себе не делает допустимой передачу, поэтому такие значения не используются как аналитический идентифик</w:t>
      </w:r>
      <w:r>
        <w:rPr>
          <w:rFonts w:cs="Times New Roman"/>
        </w:rPr>
        <w:t>атор.</w:t>
      </w:r>
    </w:p>
    <w:p w:rsidR="00026EFC" w:rsidRDefault="00141F94">
      <w:r>
        <w:rPr>
          <w:rFonts w:cs="Times New Roman"/>
        </w:rPr>
        <w:t>14.6. При обнаружении персональных данных в адресе или параметре оператор исправляет источник формирования и ограничивает дальнейшую передачу.</w:t>
      </w:r>
    </w:p>
    <w:p w:rsidR="00026EFC" w:rsidRDefault="00141F94">
      <w:r>
        <w:rPr>
          <w:rFonts w:cs="Times New Roman"/>
        </w:rPr>
        <w:t xml:space="preserve">14.7. Ссылки из почтовой и иной коммуникации не должны содержать открытые данные получателя в аналитически </w:t>
      </w:r>
      <w:r>
        <w:rPr>
          <w:rFonts w:cs="Times New Roman"/>
        </w:rPr>
        <w:t>доступной части адреса.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15. ОПЕРАЦИИ С АНАЛИТИЧЕСКИМИ ДАННЫМИ</w:t>
      </w:r>
    </w:p>
    <w:p w:rsidR="00026EFC" w:rsidRDefault="00141F94">
      <w:r>
        <w:rPr>
          <w:rFonts w:cs="Times New Roman"/>
        </w:rPr>
        <w:t>15.1. В пределах согласия допускаются сбор и запись технических сведений после включения аналитики.</w:t>
      </w:r>
    </w:p>
    <w:p w:rsidR="00026EFC" w:rsidRDefault="00141F94">
      <w:r>
        <w:rPr>
          <w:rFonts w:cs="Times New Roman"/>
        </w:rPr>
        <w:t>15.2. Допускаются систематизация, накопление и хранение в хранилище счетчика.</w:t>
      </w:r>
    </w:p>
    <w:p w:rsidR="00026EFC" w:rsidRDefault="00141F94">
      <w:r>
        <w:rPr>
          <w:rFonts w:cs="Times New Roman"/>
        </w:rPr>
        <w:lastRenderedPageBreak/>
        <w:t>15.3. Допускаютс</w:t>
      </w:r>
      <w:r>
        <w:rPr>
          <w:rFonts w:cs="Times New Roman"/>
        </w:rPr>
        <w:t>я извлечение, просмотр, сопоставление и использование для целей настоящего Согласия.</w:t>
      </w:r>
    </w:p>
    <w:p w:rsidR="00026EFC" w:rsidRDefault="00141F94">
      <w:r>
        <w:rPr>
          <w:rFonts w:cs="Times New Roman"/>
        </w:rPr>
        <w:t>15.4. Допускаются формирование сегментов и отчетов только по техническим и поведенческим признакам, не предназначенным для установления личности.</w:t>
      </w:r>
    </w:p>
    <w:p w:rsidR="00026EFC" w:rsidRDefault="00141F94">
      <w:r>
        <w:rPr>
          <w:rFonts w:cs="Times New Roman"/>
        </w:rPr>
        <w:t>15.5. Допускаются обезлич</w:t>
      </w:r>
      <w:r>
        <w:rPr>
          <w:rFonts w:cs="Times New Roman"/>
        </w:rPr>
        <w:t>ивание и агрегирование статистики.</w:t>
      </w:r>
    </w:p>
    <w:p w:rsidR="00026EFC" w:rsidRDefault="00141F94">
      <w:r>
        <w:rPr>
          <w:rFonts w:cs="Times New Roman"/>
        </w:rPr>
        <w:t>15.6. Допускаются блокирование, удаление и уничтожение в пределах доступных оператору функций сервиса и требований закона.</w:t>
      </w:r>
    </w:p>
    <w:p w:rsidR="00026EFC" w:rsidRDefault="00141F94">
      <w:r>
        <w:rPr>
          <w:rFonts w:cs="Times New Roman"/>
        </w:rPr>
        <w:t>15.7. Обработка осуществляется автоматизированным способом с отдельным ограниченным просмотром упо</w:t>
      </w:r>
      <w:r>
        <w:rPr>
          <w:rFonts w:cs="Times New Roman"/>
        </w:rPr>
        <w:t>лномоченным лицом.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16. РОЛЬ ЯНДЕКСА И ПОРУЧЕНИЕ</w:t>
      </w:r>
    </w:p>
    <w:p w:rsidR="00026EFC" w:rsidRDefault="00141F94">
      <w:r>
        <w:rPr>
          <w:rFonts w:cs="Times New Roman"/>
        </w:rPr>
        <w:t>16.1. ООО «ЯНДЕКС» получает данные как поставщик аналитического сервиса и обрабатывает их на условиях использования Яндекс Метрики, политики конфиденциальности Яндекса и применимого законодательства.</w:t>
      </w:r>
    </w:p>
    <w:p w:rsidR="00026EFC" w:rsidRDefault="00141F94">
      <w:r>
        <w:rPr>
          <w:rFonts w:cs="Times New Roman"/>
        </w:rPr>
        <w:t xml:space="preserve">16.2. В </w:t>
      </w:r>
      <w:r>
        <w:rPr>
          <w:rFonts w:cs="Times New Roman"/>
        </w:rPr>
        <w:t>той части, в которой Яндекс обрабатывает сведения для формирования счетчика и отчетов оператора, обработка осуществляется в пределах условий сервиса и поручения, включенного в договорные документы сервиса.</w:t>
      </w:r>
    </w:p>
    <w:p w:rsidR="00026EFC" w:rsidRDefault="00141F94">
      <w:r>
        <w:rPr>
          <w:rFonts w:cs="Times New Roman"/>
        </w:rPr>
        <w:t>16.3. Оператор определяет цели использования счетч</w:t>
      </w:r>
      <w:r>
        <w:rPr>
          <w:rFonts w:cs="Times New Roman"/>
        </w:rPr>
        <w:t>ика, выбирает настройки и отвечает за законность подключения на своем сайте.</w:t>
      </w:r>
    </w:p>
    <w:p w:rsidR="00026EFC" w:rsidRDefault="00141F94">
      <w:r>
        <w:rPr>
          <w:rFonts w:cs="Times New Roman"/>
        </w:rPr>
        <w:t>16.4. Яндекс определяет технические средства работы сервиса и несет обязанности в пределах собственной роли, установленной законом и его документами.</w:t>
      </w:r>
    </w:p>
    <w:p w:rsidR="00026EFC" w:rsidRDefault="00141F94">
      <w:r>
        <w:rPr>
          <w:rFonts w:cs="Times New Roman"/>
        </w:rPr>
        <w:t>16.5. Оператор не разрешает Я</w:t>
      </w:r>
      <w:r>
        <w:rPr>
          <w:rFonts w:cs="Times New Roman"/>
        </w:rPr>
        <w:t>ндексу использовать содержание заявок, поскольку такое содержание не должно передаваться в Метрику.</w:t>
      </w:r>
    </w:p>
    <w:p w:rsidR="00026EFC" w:rsidRDefault="00141F94">
      <w:r>
        <w:rPr>
          <w:rFonts w:cs="Times New Roman"/>
        </w:rPr>
        <w:t xml:space="preserve">16.6. Изменение поставщика аналитики требует предварительного обновления информации и нового выбора посетителя, если изменяются получатель, цели или состав </w:t>
      </w:r>
      <w:r>
        <w:rPr>
          <w:rFonts w:cs="Times New Roman"/>
        </w:rPr>
        <w:t>данных.</w:t>
      </w:r>
    </w:p>
    <w:p w:rsidR="00026EFC" w:rsidRDefault="00141F94">
      <w:r>
        <w:rPr>
          <w:rFonts w:cs="Times New Roman"/>
        </w:rPr>
        <w:t>16.7. Публичные документы Яндекс Метрики доступны на официальном сайте Яндекса и применяются в актуальной версии в части работы сервиса.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17. ЛОКАЛИЗАЦИЯ И ТРАНСГРАНИЧНАЯ ПЕРЕДАЧА</w:t>
      </w:r>
    </w:p>
    <w:p w:rsidR="00026EFC" w:rsidRDefault="00141F94">
      <w:r>
        <w:rPr>
          <w:rFonts w:cs="Times New Roman"/>
        </w:rPr>
        <w:t>17.1. Оператор обеспечивает первичную запись и иные операции, указанн</w:t>
      </w:r>
      <w:r>
        <w:rPr>
          <w:rFonts w:cs="Times New Roman"/>
        </w:rPr>
        <w:t>ые в части 5 статьи 18 Федерального закона № 152-ФЗ, с использованием баз данных на территории Российской Федерации, когда это требование применимо.</w:t>
      </w:r>
    </w:p>
    <w:p w:rsidR="00026EFC" w:rsidRDefault="00141F94">
      <w:r>
        <w:rPr>
          <w:rFonts w:cs="Times New Roman"/>
        </w:rPr>
        <w:t>17.2. Настоящее Согласие не является разрешением игнорировать требования локализации.</w:t>
      </w:r>
    </w:p>
    <w:p w:rsidR="00026EFC" w:rsidRDefault="00141F94">
      <w:r>
        <w:rPr>
          <w:rFonts w:cs="Times New Roman"/>
        </w:rPr>
        <w:t xml:space="preserve">17.3. Оператор не </w:t>
      </w:r>
      <w:r>
        <w:rPr>
          <w:rFonts w:cs="Times New Roman"/>
        </w:rPr>
        <w:t>подключает иностранный аналитический сервис и не меняет маршрут данных только на основании общего согласия на аналитику.</w:t>
      </w:r>
    </w:p>
    <w:p w:rsidR="00026EFC" w:rsidRDefault="00141F94">
      <w:r>
        <w:rPr>
          <w:rFonts w:cs="Times New Roman"/>
        </w:rPr>
        <w:t>17.4. До начала трансграничной передачи оператор определяет страны, получателей и основания, выполняет уведомительные и оценочные проце</w:t>
      </w:r>
      <w:r>
        <w:rPr>
          <w:rFonts w:cs="Times New Roman"/>
        </w:rPr>
        <w:t>дуры, предусмотренные статьей 12 Федерального закона № 152-ФЗ.</w:t>
      </w:r>
    </w:p>
    <w:p w:rsidR="00026EFC" w:rsidRDefault="00141F94">
      <w:r>
        <w:rPr>
          <w:rFonts w:cs="Times New Roman"/>
        </w:rPr>
        <w:t>17.5. Если трансграничная передача становится необходимой и меняет фактические условия, посетителю предоставляется обновленная информация и запрашивается новое согласие в требуемых законом случ</w:t>
      </w:r>
      <w:r>
        <w:rPr>
          <w:rFonts w:cs="Times New Roman"/>
        </w:rPr>
        <w:t>аях.</w:t>
      </w:r>
    </w:p>
    <w:p w:rsidR="00026EFC" w:rsidRDefault="00141F94">
      <w:r>
        <w:rPr>
          <w:rFonts w:cs="Times New Roman"/>
        </w:rPr>
        <w:t>17.6. Использование инфраструктуры поставщика не освобождает оператора от контроля маршрута и документирования принятых решений.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18. СРОК ДЕЙСТВИЯ АНАЛИТИЧЕСКИХ ФАЙЛОВ</w:t>
      </w:r>
    </w:p>
    <w:p w:rsidR="00026EFC" w:rsidRDefault="00141F94">
      <w:r>
        <w:rPr>
          <w:rFonts w:cs="Times New Roman"/>
        </w:rPr>
        <w:t>18.1. Срок действия каждого файла cookie или свойства Яндекс Метрики определяется е</w:t>
      </w:r>
      <w:r>
        <w:rPr>
          <w:rFonts w:cs="Times New Roman"/>
        </w:rPr>
        <w:t>го назначением и актуальной документацией сервиса.</w:t>
      </w:r>
    </w:p>
    <w:p w:rsidR="00026EFC" w:rsidRDefault="00141F94">
      <w:r>
        <w:rPr>
          <w:rFonts w:cs="Times New Roman"/>
        </w:rPr>
        <w:t>18.2. Отдельные файлы могут действовать только в течение визита, несколько минут или часов, один год либо иной указанный поставщиком период.</w:t>
      </w:r>
    </w:p>
    <w:p w:rsidR="00026EFC" w:rsidRDefault="00141F94">
      <w:r>
        <w:rPr>
          <w:rFonts w:cs="Times New Roman"/>
        </w:rPr>
        <w:t xml:space="preserve">18.3. Техническая настройка согласия на сайте хранится не более </w:t>
      </w:r>
      <w:r>
        <w:rPr>
          <w:rFonts w:cs="Times New Roman"/>
        </w:rPr>
        <w:t>двенадцати месяцев.</w:t>
      </w:r>
    </w:p>
    <w:p w:rsidR="00026EFC" w:rsidRDefault="00141F94">
      <w:r>
        <w:rPr>
          <w:rFonts w:cs="Times New Roman"/>
        </w:rPr>
        <w:lastRenderedPageBreak/>
        <w:t>18.4. Истечение одного cookie не означает автоматическое удаление всей агрегированной статистики, ранее сформированной в счетчике.</w:t>
      </w:r>
    </w:p>
    <w:p w:rsidR="00026EFC" w:rsidRDefault="00141F94">
      <w:r>
        <w:rPr>
          <w:rFonts w:cs="Times New Roman"/>
        </w:rPr>
        <w:t>18.5. Оператор не продлевает срок аналитического идентификатора собственными средствами сверх технической</w:t>
      </w:r>
      <w:r>
        <w:rPr>
          <w:rFonts w:cs="Times New Roman"/>
        </w:rPr>
        <w:t xml:space="preserve"> необходимости и условий сервиса.</w:t>
      </w:r>
    </w:p>
    <w:p w:rsidR="00026EFC" w:rsidRDefault="00141F94">
      <w:r>
        <w:rPr>
          <w:rFonts w:cs="Times New Roman"/>
        </w:rPr>
        <w:t>18.6. Посетитель может удалить cookie и сведения локального хранилища раньше установленного срока средствами браузера.</w:t>
      </w:r>
    </w:p>
    <w:p w:rsidR="00026EFC" w:rsidRDefault="00141F94">
      <w:r>
        <w:rPr>
          <w:rFonts w:cs="Times New Roman"/>
        </w:rPr>
        <w:t xml:space="preserve">18.7. Официальный перечень файлов Яндекс Метрики и их сроков имеет приоритет при техническом изменении </w:t>
      </w:r>
      <w:r>
        <w:rPr>
          <w:rFonts w:cs="Times New Roman"/>
        </w:rPr>
        <w:t>на стороне поставщика, но изменение цели требует нового выбора посетителя.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19. ХРАНЕНИЕ ОТЧЕТОВ И ЗАПИСЕЙ</w:t>
      </w:r>
    </w:p>
    <w:p w:rsidR="00026EFC" w:rsidRDefault="00141F94">
      <w:r>
        <w:rPr>
          <w:rFonts w:cs="Times New Roman"/>
        </w:rPr>
        <w:t>19.1. Оператор сохраняет доступ к аналитическим отчетам только пока они объективно нужны для оценки и развития сайта.</w:t>
      </w:r>
    </w:p>
    <w:p w:rsidR="00026EFC" w:rsidRDefault="00141F94">
      <w:r>
        <w:rPr>
          <w:rFonts w:cs="Times New Roman"/>
        </w:rPr>
        <w:t>19.2. Записи Вебвизора не выгруж</w:t>
      </w:r>
      <w:r>
        <w:rPr>
          <w:rFonts w:cs="Times New Roman"/>
        </w:rPr>
        <w:t>аются в личные архивы и не хранятся оператором отдельно от счетчика без конкретной технической причины.</w:t>
      </w:r>
    </w:p>
    <w:p w:rsidR="00026EFC" w:rsidRDefault="00141F94">
      <w:r>
        <w:rPr>
          <w:rFonts w:cs="Times New Roman"/>
        </w:rPr>
        <w:t xml:space="preserve">19.3. Снимок или выгрузка, созданные для исправления ошибки, удаляются после завершения проверки, если они не требуются для подтверждения инцидента или </w:t>
      </w:r>
      <w:r>
        <w:rPr>
          <w:rFonts w:cs="Times New Roman"/>
        </w:rPr>
        <w:t>защиты права.</w:t>
      </w:r>
    </w:p>
    <w:p w:rsidR="00026EFC" w:rsidRDefault="00141F94">
      <w:r>
        <w:rPr>
          <w:rFonts w:cs="Times New Roman"/>
        </w:rPr>
        <w:t>19.4. Сводный отчет может сохраняться после прекращения согласия, если не позволяет выделить посетителя и не содержит технического идентификатора.</w:t>
      </w:r>
    </w:p>
    <w:p w:rsidR="00026EFC" w:rsidRDefault="00141F94">
      <w:r>
        <w:rPr>
          <w:rFonts w:cs="Times New Roman"/>
        </w:rPr>
        <w:t xml:space="preserve">19.5. Сроки хранения на стороне Яндекса определяются настройками счетчика, условиями сервиса и </w:t>
      </w:r>
      <w:r>
        <w:rPr>
          <w:rFonts w:cs="Times New Roman"/>
        </w:rPr>
        <w:t>обязательными сроками поставщика.</w:t>
      </w:r>
    </w:p>
    <w:p w:rsidR="00026EFC" w:rsidRDefault="00141F94">
      <w:r>
        <w:rPr>
          <w:rFonts w:cs="Times New Roman"/>
        </w:rPr>
        <w:t>19.6. Оператор периодически проверяет доступы и удаляет ненужные цели, сегменты, выгрузки и счетчики.</w:t>
      </w:r>
    </w:p>
    <w:p w:rsidR="00026EFC" w:rsidRDefault="00141F94">
      <w:r>
        <w:rPr>
          <w:rFonts w:cs="Times New Roman"/>
        </w:rPr>
        <w:t>19.7. При прекращении использования Метрики оператор удаляет код с сайта и решает вопрос о данных счетчика с использован</w:t>
      </w:r>
      <w:r>
        <w:rPr>
          <w:rFonts w:cs="Times New Roman"/>
        </w:rPr>
        <w:t>ием доступных средств сервиса.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20. ДОСТУП И КОНФИДЕНЦИАЛЬНОСТЬ</w:t>
      </w:r>
    </w:p>
    <w:p w:rsidR="00026EFC" w:rsidRDefault="00141F94">
      <w:r>
        <w:rPr>
          <w:rFonts w:cs="Times New Roman"/>
        </w:rPr>
        <w:t>20.1. Доступ к счетчику предоставляется по персональным учетным записям и ограничивается необходимой ролью.</w:t>
      </w:r>
    </w:p>
    <w:p w:rsidR="00026EFC" w:rsidRDefault="00141F94">
      <w:r>
        <w:rPr>
          <w:rFonts w:cs="Times New Roman"/>
        </w:rPr>
        <w:t>20.2. Пароли и коды многофакторной защиты не передаются между исполнителями в открыто</w:t>
      </w:r>
      <w:r>
        <w:rPr>
          <w:rFonts w:cs="Times New Roman"/>
        </w:rPr>
        <w:t>м виде.</w:t>
      </w:r>
    </w:p>
    <w:p w:rsidR="00026EFC" w:rsidRDefault="00141F94">
      <w:r>
        <w:rPr>
          <w:rFonts w:cs="Times New Roman"/>
        </w:rPr>
        <w:t>20.3. Лицо, обслуживающее сайт, получает доступ только на период технической задачи и обязуется соблюдать конфиденциальность.</w:t>
      </w:r>
    </w:p>
    <w:p w:rsidR="00026EFC" w:rsidRDefault="00141F94">
      <w:r>
        <w:rPr>
          <w:rFonts w:cs="Times New Roman"/>
        </w:rPr>
        <w:t>20.4. Широкая публикация ссылки на запись Вебвизора или скриншота с уникальным визитом не допускается.</w:t>
      </w:r>
    </w:p>
    <w:p w:rsidR="00026EFC" w:rsidRDefault="00141F94">
      <w:r>
        <w:rPr>
          <w:rFonts w:cs="Times New Roman"/>
        </w:rPr>
        <w:t xml:space="preserve">20.5. При передаче </w:t>
      </w:r>
      <w:r>
        <w:rPr>
          <w:rFonts w:cs="Times New Roman"/>
        </w:rPr>
        <w:t>обращения технической поддержке объем данных минимизируется, а нерелевантные сведения скрываются.</w:t>
      </w:r>
    </w:p>
    <w:p w:rsidR="00026EFC" w:rsidRDefault="00141F94">
      <w:r>
        <w:rPr>
          <w:rFonts w:cs="Times New Roman"/>
        </w:rPr>
        <w:t>20.6. Действия с доступом к счетчику и изменение настроек подлежат контролю оператора.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21. МЕРЫ БЕЗОПАСНОСТИ</w:t>
      </w:r>
    </w:p>
    <w:p w:rsidR="00026EFC" w:rsidRDefault="00141F94">
      <w:r>
        <w:rPr>
          <w:rFonts w:cs="Times New Roman"/>
        </w:rPr>
        <w:t xml:space="preserve">21.1. Оператор применяет разграничение прав, </w:t>
      </w:r>
      <w:r>
        <w:rPr>
          <w:rFonts w:cs="Times New Roman"/>
        </w:rPr>
        <w:t>сложные пароли, многофакторную защиту при ее доступности и своевременное прекращение доступа.</w:t>
      </w:r>
    </w:p>
    <w:p w:rsidR="00026EFC" w:rsidRDefault="00141F94">
      <w:r>
        <w:rPr>
          <w:rFonts w:cs="Times New Roman"/>
        </w:rPr>
        <w:t>21.2. Сайт и счетчик настраиваются так, чтобы форма не передавала персональные данные в аналитические параметры.</w:t>
      </w:r>
    </w:p>
    <w:p w:rsidR="00026EFC" w:rsidRDefault="00141F94">
      <w:r>
        <w:rPr>
          <w:rFonts w:cs="Times New Roman"/>
        </w:rPr>
        <w:t>21.3. После обновлений WordPress, темы, плагина ф</w:t>
      </w:r>
      <w:r>
        <w:rPr>
          <w:rFonts w:cs="Times New Roman"/>
        </w:rPr>
        <w:t>ормы и кода счетчика проводится проверка фактической загрузки до и после выбора.</w:t>
      </w:r>
    </w:p>
    <w:p w:rsidR="00026EFC" w:rsidRDefault="00141F94">
      <w:r>
        <w:rPr>
          <w:rFonts w:cs="Times New Roman"/>
        </w:rPr>
        <w:t>21.4. Проверяется корректность кнопки «Только необходимые», повторного открытия настроек и прекращения загрузки после отзыва.</w:t>
      </w:r>
    </w:p>
    <w:p w:rsidR="00026EFC" w:rsidRDefault="00141F94">
      <w:r>
        <w:rPr>
          <w:rFonts w:cs="Times New Roman"/>
        </w:rPr>
        <w:t>21.5. Оператор учитывает события безопасности и р</w:t>
      </w:r>
      <w:r>
        <w:rPr>
          <w:rFonts w:cs="Times New Roman"/>
        </w:rPr>
        <w:t>еагирует на неправомерный доступ, утечку или ошибочную запись в порядке Федерального закона № 152-ФЗ.</w:t>
      </w:r>
    </w:p>
    <w:p w:rsidR="00026EFC" w:rsidRDefault="00141F94">
      <w:r>
        <w:rPr>
          <w:rFonts w:cs="Times New Roman"/>
        </w:rPr>
        <w:lastRenderedPageBreak/>
        <w:t>21.6. Резервные копии конфигурации не должны становиться самостоятельным неконтролируемым архивом аналитических выгрузок.</w:t>
      </w:r>
    </w:p>
    <w:p w:rsidR="00026EFC" w:rsidRDefault="00141F94">
      <w:r>
        <w:rPr>
          <w:rFonts w:cs="Times New Roman"/>
        </w:rPr>
        <w:t xml:space="preserve">21.7. Меры пересматриваются с </w:t>
      </w:r>
      <w:r>
        <w:rPr>
          <w:rFonts w:cs="Times New Roman"/>
        </w:rPr>
        <w:t>учетом характера обработки, актуальных угроз и требований к защите персональных данных.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22. ИЗМЕНЕНИЕ И ОТЗЫВ СОГЛАСИЯ</w:t>
      </w:r>
    </w:p>
    <w:p w:rsidR="00026EFC" w:rsidRDefault="00141F94">
      <w:r>
        <w:rPr>
          <w:rFonts w:cs="Times New Roman"/>
        </w:rPr>
        <w:t>22.1. Посетитель вправе в любое время открыть настройки cookie по ссылке в нижней части сайта.</w:t>
      </w:r>
    </w:p>
    <w:p w:rsidR="00026EFC" w:rsidRDefault="00141F94">
      <w:r>
        <w:rPr>
          <w:rFonts w:cs="Times New Roman"/>
        </w:rPr>
        <w:t>22.2. Сохранение варианта «Только необходи</w:t>
      </w:r>
      <w:r>
        <w:rPr>
          <w:rFonts w:cs="Times New Roman"/>
        </w:rPr>
        <w:t>мые» после ранее данного согласия является отзывом согласия на будущий запуск аналитики на этом устройстве.</w:t>
      </w:r>
    </w:p>
    <w:p w:rsidR="00026EFC" w:rsidRDefault="00141F94">
      <w:r>
        <w:rPr>
          <w:rFonts w:cs="Times New Roman"/>
        </w:rPr>
        <w:t>22.3. Отзыв можно также направить на lisrent@online-org.ru с указанием сведений, достаточных для поиска технической записи без требования сообщать и</w:t>
      </w:r>
      <w:r>
        <w:rPr>
          <w:rFonts w:cs="Times New Roman"/>
        </w:rPr>
        <w:t>збыточные данные.</w:t>
      </w:r>
    </w:p>
    <w:p w:rsidR="00026EFC" w:rsidRDefault="00141F94">
      <w:r>
        <w:rPr>
          <w:rFonts w:cs="Times New Roman"/>
        </w:rPr>
        <w:t>22.4. Оператор прекращает обработку на основании согласия и обеспечивает ее прекращение лицом, действующим по поручению, в сроки, установленные статьей 21 Федерального закона № 152-ФЗ, если отсутствует иное законное основание.</w:t>
      </w:r>
    </w:p>
    <w:p w:rsidR="00026EFC" w:rsidRDefault="00141F94">
      <w:r>
        <w:rPr>
          <w:rFonts w:cs="Times New Roman"/>
        </w:rPr>
        <w:t xml:space="preserve">22.5. Если </w:t>
      </w:r>
      <w:r>
        <w:rPr>
          <w:rFonts w:cs="Times New Roman"/>
        </w:rPr>
        <w:t>сохраненная настройка удалена браузером, сайт не считает согласие действующим на этом устройстве и запрашивает выбор повторно.</w:t>
      </w:r>
    </w:p>
    <w:p w:rsidR="00026EFC" w:rsidRDefault="00141F94">
      <w:r>
        <w:rPr>
          <w:rFonts w:cs="Times New Roman"/>
        </w:rPr>
        <w:t>22.6. Отзыв не влияет на законность операций, выполненных до его получения.</w:t>
      </w:r>
    </w:p>
    <w:p w:rsidR="00026EFC" w:rsidRDefault="00141F94">
      <w:r>
        <w:rPr>
          <w:rFonts w:cs="Times New Roman"/>
        </w:rPr>
        <w:t>22.7. Отзыв аналитики не прекращает использование нео</w:t>
      </w:r>
      <w:r>
        <w:rPr>
          <w:rFonts w:cs="Times New Roman"/>
        </w:rPr>
        <w:t>бходимых средств безопасности и не удаляет данные, которые оператор обязан сохранить по закону.</w:t>
      </w:r>
    </w:p>
    <w:p w:rsidR="00026EFC" w:rsidRDefault="00141F94">
      <w:r>
        <w:rPr>
          <w:rFonts w:cs="Times New Roman"/>
        </w:rPr>
        <w:t>22.8. Если точное выделение записи невозможно без дополнительного идентификатора, оператор сообщает об этом и предлагает доступный способ уточнения требования.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23. ПОСЛЕДСТВИЯ ОТЗЫВА</w:t>
      </w:r>
    </w:p>
    <w:p w:rsidR="00026EFC" w:rsidRDefault="00141F94">
      <w:r>
        <w:rPr>
          <w:rFonts w:cs="Times New Roman"/>
        </w:rPr>
        <w:t>23.1. После отзыва новый код Яндекс Метрики и Вебвизора не загружается при последующих посещениях с сохраненной настройкой отказа.</w:t>
      </w:r>
    </w:p>
    <w:p w:rsidR="00026EFC" w:rsidRDefault="00141F94">
      <w:r>
        <w:rPr>
          <w:rFonts w:cs="Times New Roman"/>
        </w:rPr>
        <w:t>23.2. Оператор прекращает создание новых аналитических событий, связанных с этим браузером через сайт.</w:t>
      </w:r>
    </w:p>
    <w:p w:rsidR="00026EFC" w:rsidRDefault="00141F94">
      <w:r>
        <w:rPr>
          <w:rFonts w:cs="Times New Roman"/>
        </w:rPr>
        <w:t>23.3. Удаление файлов, уже сохраненных поставщиком в браузере, выполняется посетителем через настройки браузера либо предусмотренные поставщиком средства.</w:t>
      </w:r>
    </w:p>
    <w:p w:rsidR="00026EFC" w:rsidRDefault="00141F94">
      <w:r>
        <w:rPr>
          <w:rFonts w:cs="Times New Roman"/>
        </w:rPr>
        <w:t>23.4. Ранее сформированная агрегированная статистика может сохраняться, если она не позволяет иденти</w:t>
      </w:r>
      <w:r>
        <w:rPr>
          <w:rFonts w:cs="Times New Roman"/>
        </w:rPr>
        <w:t>фицировать посетителя.</w:t>
      </w:r>
    </w:p>
    <w:p w:rsidR="00026EFC" w:rsidRDefault="00141F94">
      <w:r>
        <w:rPr>
          <w:rFonts w:cs="Times New Roman"/>
        </w:rPr>
        <w:t>23.5. Техническое ограничение сервиса, при котором невозможно удалить один визит без удаления всего счетчика, не дает права продолжать сбор после отзыва.</w:t>
      </w:r>
    </w:p>
    <w:p w:rsidR="00026EFC" w:rsidRDefault="00141F94">
      <w:r>
        <w:rPr>
          <w:rFonts w:cs="Times New Roman"/>
        </w:rPr>
        <w:t>23.6. При обоснованном требовании об удалении оператор использует доступные фун</w:t>
      </w:r>
      <w:r>
        <w:rPr>
          <w:rFonts w:cs="Times New Roman"/>
        </w:rPr>
        <w:t>кции сервиса и дает мотивированный ответ о выполненных действиях.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24. НАСТРОЙКИ БРАУЗЕРА</w:t>
      </w:r>
    </w:p>
    <w:p w:rsidR="00026EFC" w:rsidRDefault="00141F94">
      <w:r>
        <w:rPr>
          <w:rFonts w:cs="Times New Roman"/>
        </w:rPr>
        <w:t>24.1. Посетитель может просматривать, блокировать и удалять cookie средствами своего браузера.</w:t>
      </w:r>
    </w:p>
    <w:p w:rsidR="00026EFC" w:rsidRDefault="00141F94">
      <w:r>
        <w:rPr>
          <w:rFonts w:cs="Times New Roman"/>
        </w:rPr>
        <w:t>24.2. Посетитель может очистить localStorage и sessionStorage через наст</w:t>
      </w:r>
      <w:r>
        <w:rPr>
          <w:rFonts w:cs="Times New Roman"/>
        </w:rPr>
        <w:t>ройки или инструменты браузера.</w:t>
      </w:r>
    </w:p>
    <w:p w:rsidR="00026EFC" w:rsidRDefault="00141F94">
      <w:r>
        <w:rPr>
          <w:rFonts w:cs="Times New Roman"/>
        </w:rPr>
        <w:t>24.3. Режим запрета сторонних cookie, защита от отслеживания и расширения браузера могут дополнительно ограничивать работу Метрики.</w:t>
      </w:r>
    </w:p>
    <w:p w:rsidR="00026EFC" w:rsidRDefault="00141F94">
      <w:r>
        <w:rPr>
          <w:rFonts w:cs="Times New Roman"/>
        </w:rPr>
        <w:t>24.4. Инструкции зависят от версии браузера и публикуются его разработчиком.</w:t>
      </w:r>
    </w:p>
    <w:p w:rsidR="00026EFC" w:rsidRDefault="00141F94">
      <w:r>
        <w:rPr>
          <w:rFonts w:cs="Times New Roman"/>
        </w:rPr>
        <w:t xml:space="preserve">24.5. Очистка </w:t>
      </w:r>
      <w:r>
        <w:rPr>
          <w:rFonts w:cs="Times New Roman"/>
        </w:rPr>
        <w:t>данных браузера может удалить сохраненный отказ или согласие, поэтому сайт покажет панель снова.</w:t>
      </w:r>
    </w:p>
    <w:p w:rsidR="00026EFC" w:rsidRDefault="00141F94">
      <w:r>
        <w:rPr>
          <w:rFonts w:cs="Times New Roman"/>
        </w:rPr>
        <w:t>24.6. Оператор не требует отключать средства защиты браузера для просмотра общедоступных материалов и отправки формы.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lastRenderedPageBreak/>
        <w:t>25. РЕКЛАМА И ПРОФИЛИРОВАНИЕ</w:t>
      </w:r>
    </w:p>
    <w:p w:rsidR="00026EFC" w:rsidRDefault="00141F94">
      <w:r>
        <w:rPr>
          <w:rFonts w:cs="Times New Roman"/>
        </w:rPr>
        <w:t>25.1. Настоя</w:t>
      </w:r>
      <w:r>
        <w:rPr>
          <w:rFonts w:cs="Times New Roman"/>
        </w:rPr>
        <w:t>щее Согласие не разрешает направлять посетителю рекламные сообщения по телефону, электронной почте или в мессенджере.</w:t>
      </w:r>
    </w:p>
    <w:p w:rsidR="00026EFC" w:rsidRDefault="00141F94">
      <w:r>
        <w:rPr>
          <w:rFonts w:cs="Times New Roman"/>
        </w:rPr>
        <w:t>25.2. Настоящее Согласие не разрешает передачу контактов рекламной сети или стороннему рекламодателю.</w:t>
      </w:r>
    </w:p>
    <w:p w:rsidR="00026EFC" w:rsidRDefault="00141F94">
      <w:r>
        <w:rPr>
          <w:rFonts w:cs="Times New Roman"/>
        </w:rPr>
        <w:t>25.3. Ретаргетинг, ремаркетинг, созд</w:t>
      </w:r>
      <w:r>
        <w:rPr>
          <w:rFonts w:cs="Times New Roman"/>
        </w:rPr>
        <w:t>ание рекламных аудиторий и показ персонализированной рекламы не включены в заявленные цели.</w:t>
      </w:r>
    </w:p>
    <w:p w:rsidR="00026EFC" w:rsidRDefault="00141F94">
      <w:r>
        <w:rPr>
          <w:rFonts w:cs="Times New Roman"/>
        </w:rPr>
        <w:t>25.4. Данные формы не объединяются с аналитическим профилем для оценки платежеспособности, надежности или вероятности заключения договора.</w:t>
      </w:r>
    </w:p>
    <w:p w:rsidR="00026EFC" w:rsidRDefault="00141F94">
      <w:r>
        <w:rPr>
          <w:rFonts w:cs="Times New Roman"/>
        </w:rPr>
        <w:t>25.5. Если оператор решит</w:t>
      </w:r>
      <w:r>
        <w:rPr>
          <w:rFonts w:cs="Times New Roman"/>
        </w:rPr>
        <w:t xml:space="preserve"> подключить рекламную технологию, до ее запуска потребуется самостоятельное правовое основание, обновленная информация и отдельный выбор посетителя.</w:t>
      </w:r>
    </w:p>
    <w:p w:rsidR="00026EFC" w:rsidRDefault="00141F94">
      <w:r>
        <w:rPr>
          <w:rFonts w:cs="Times New Roman"/>
        </w:rPr>
        <w:t>25.6. Сводные показатели интереса к разделам могут использоваться при развитии сайта без выбора рекламы для</w:t>
      </w:r>
      <w:r>
        <w:rPr>
          <w:rFonts w:cs="Times New Roman"/>
        </w:rPr>
        <w:t xml:space="preserve"> конкретного лица.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26. АВТОМАТИЗИРОВАННЫЕ РЕШЕНИЯ</w:t>
      </w:r>
    </w:p>
    <w:p w:rsidR="00026EFC" w:rsidRDefault="00141F94">
      <w:r>
        <w:rPr>
          <w:rFonts w:cs="Times New Roman"/>
        </w:rPr>
        <w:t>26.1. Аналитические показатели могут автоматически группироваться и рассчитываться сервисом.</w:t>
      </w:r>
    </w:p>
    <w:p w:rsidR="00026EFC" w:rsidRDefault="00141F94">
      <w:r>
        <w:rPr>
          <w:rFonts w:cs="Times New Roman"/>
        </w:rPr>
        <w:t>26.2. На основании поведения в Метрике посетителю не отказывается в услуге и не назначается индивидуальная цена.</w:t>
      </w:r>
    </w:p>
    <w:p w:rsidR="00026EFC" w:rsidRDefault="00141F94">
      <w:r>
        <w:rPr>
          <w:rFonts w:cs="Times New Roman"/>
        </w:rPr>
        <w:t>26.3. Запись Вебвизора не является единственным основанием вывода о намерениях, добросовестности или профессиональных качествах лица.</w:t>
      </w:r>
    </w:p>
    <w:p w:rsidR="00026EFC" w:rsidRDefault="00141F94">
      <w:r>
        <w:rPr>
          <w:rFonts w:cs="Times New Roman"/>
        </w:rPr>
        <w:t>26.4. Согласие не охватывает скоринг и решения, порождающие юридические последствия или существенно затрагивающие права.</w:t>
      </w:r>
    </w:p>
    <w:p w:rsidR="00026EFC" w:rsidRDefault="00141F94">
      <w:r>
        <w:rPr>
          <w:rFonts w:cs="Times New Roman"/>
        </w:rPr>
        <w:t>2</w:t>
      </w:r>
      <w:r>
        <w:rPr>
          <w:rFonts w:cs="Times New Roman"/>
        </w:rPr>
        <w:t>6.5. При внедрении такой технологии оператор заранее выполняет специальные требования закона и предоставляет необходимую информацию.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27. НЕСОВЕРШЕННОЛЕТНИЕ ПОСЕТИТЕЛИ</w:t>
      </w:r>
    </w:p>
    <w:p w:rsidR="00026EFC" w:rsidRDefault="00141F94">
      <w:r>
        <w:rPr>
          <w:rFonts w:cs="Times New Roman"/>
        </w:rPr>
        <w:t>27.1. Общедоступные материалы сайта могут просматриваться без сообщения возраста и личнос</w:t>
      </w:r>
      <w:r>
        <w:rPr>
          <w:rFonts w:cs="Times New Roman"/>
        </w:rPr>
        <w:t>ти.</w:t>
      </w:r>
    </w:p>
    <w:p w:rsidR="00026EFC" w:rsidRDefault="00141F94">
      <w:r>
        <w:rPr>
          <w:rFonts w:cs="Times New Roman"/>
        </w:rPr>
        <w:t>27.2. Оператор не использует Метрику для установления возраста или целенаправленного профилирования несовершеннолетнего.</w:t>
      </w:r>
    </w:p>
    <w:p w:rsidR="00026EFC" w:rsidRDefault="00141F94">
      <w:r>
        <w:rPr>
          <w:rFonts w:cs="Times New Roman"/>
        </w:rPr>
        <w:t>27.3. Если по закону согласие на соответствующую обработку должен дать законный представитель, аналитика включается представителем.</w:t>
      </w:r>
    </w:p>
    <w:p w:rsidR="00026EFC" w:rsidRDefault="00141F94">
      <w:r>
        <w:rPr>
          <w:rFonts w:cs="Times New Roman"/>
        </w:rPr>
        <w:t>27.4. При обращении представителя оператор принимает меры к подтверждению полномочий без сбора избыточных данных.</w:t>
      </w:r>
    </w:p>
    <w:p w:rsidR="00026EFC" w:rsidRDefault="00141F94">
      <w:r>
        <w:rPr>
          <w:rFonts w:cs="Times New Roman"/>
        </w:rPr>
        <w:t xml:space="preserve">27.5. Получив подтвержденные сведения о неправомерной обработке данных ребенка, оператор ограничивает обработку и принимает предусмотренные </w:t>
      </w:r>
      <w:r>
        <w:rPr>
          <w:rFonts w:cs="Times New Roman"/>
        </w:rPr>
        <w:t>законом меры.</w:t>
      </w:r>
    </w:p>
    <w:p w:rsidR="00026EFC" w:rsidRDefault="00141F94">
      <w:r>
        <w:rPr>
          <w:rFonts w:cs="Times New Roman"/>
        </w:rPr>
        <w:t>27.6. Интерес к образовательной странице не используется для вывода о специальных категориях данных ребенка.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28. ПРАВА ПОСЕТИТЕЛЯ</w:t>
      </w:r>
    </w:p>
    <w:p w:rsidR="00026EFC" w:rsidRDefault="00141F94">
      <w:r>
        <w:rPr>
          <w:rFonts w:cs="Times New Roman"/>
        </w:rPr>
        <w:t>28.1. Посетитель вправе получить сведения об обработке его персональных данных в объеме статьи 14 Федерального з</w:t>
      </w:r>
      <w:r>
        <w:rPr>
          <w:rFonts w:cs="Times New Roman"/>
        </w:rPr>
        <w:t>акона № 152-ФЗ.</w:t>
      </w:r>
    </w:p>
    <w:p w:rsidR="00026EFC" w:rsidRDefault="00141F94">
      <w:r>
        <w:rPr>
          <w:rFonts w:cs="Times New Roman"/>
        </w:rPr>
        <w:t>28.2. Посетитель вправе требовать уточнения, блокирования или уничтожения данных, если они неполные, устаревшие, неточные, незаконно полученные или не нужны для заявленной цели.</w:t>
      </w:r>
    </w:p>
    <w:p w:rsidR="00026EFC" w:rsidRDefault="00141F94">
      <w:r>
        <w:rPr>
          <w:rFonts w:cs="Times New Roman"/>
        </w:rPr>
        <w:t>28.3. Посетитель вправе отозвать согласие и потребовать прекра</w:t>
      </w:r>
      <w:r>
        <w:rPr>
          <w:rFonts w:cs="Times New Roman"/>
        </w:rPr>
        <w:t>щения обработки, осуществляемой на его основании.</w:t>
      </w:r>
    </w:p>
    <w:p w:rsidR="00026EFC" w:rsidRDefault="00141F94">
      <w:r>
        <w:rPr>
          <w:rFonts w:cs="Times New Roman"/>
        </w:rPr>
        <w:t>28.4. Посетитель вправе обратиться к оператору, в Роскомнадзор или в суд для защиты своих прав.</w:t>
      </w:r>
    </w:p>
    <w:p w:rsidR="00026EFC" w:rsidRDefault="00141F94">
      <w:r>
        <w:rPr>
          <w:rFonts w:cs="Times New Roman"/>
        </w:rPr>
        <w:lastRenderedPageBreak/>
        <w:t xml:space="preserve">28.5. Запрос должен позволять установить заявителя, содержание требования и связь с соответствующей записью в </w:t>
      </w:r>
      <w:r>
        <w:rPr>
          <w:rFonts w:cs="Times New Roman"/>
        </w:rPr>
        <w:t>пределах требований закона.</w:t>
      </w:r>
    </w:p>
    <w:p w:rsidR="00026EFC" w:rsidRDefault="00141F94">
      <w:r>
        <w:rPr>
          <w:rFonts w:cs="Times New Roman"/>
        </w:rPr>
        <w:t>28.6. Оператор не вправе требовать сообщить паспортные данные, если личность и полномочия можно надежно проверить менее обременительным способом.</w:t>
      </w:r>
    </w:p>
    <w:p w:rsidR="00026EFC" w:rsidRDefault="00141F94">
      <w:r>
        <w:rPr>
          <w:rFonts w:cs="Times New Roman"/>
        </w:rPr>
        <w:t xml:space="preserve">28.7. Ограничения права доступа применяются только в случаях, прямо установленных </w:t>
      </w:r>
      <w:r>
        <w:rPr>
          <w:rFonts w:cs="Times New Roman"/>
        </w:rPr>
        <w:t>федеральным законом.</w:t>
      </w:r>
    </w:p>
    <w:p w:rsidR="00026EFC" w:rsidRDefault="00141F94">
      <w:r>
        <w:rPr>
          <w:rFonts w:cs="Times New Roman"/>
        </w:rPr>
        <w:t>28.8. Предоставление информации и реализация прав осуществляются без взимания платы, кроме случаев, прямо предусмотренных законом.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29. СРОКИ ОТВЕТОВ И ИСПОЛНЕНИЯ ТРЕБОВАНИЙ</w:t>
      </w:r>
    </w:p>
    <w:p w:rsidR="00026EFC" w:rsidRDefault="00141F94">
      <w:r>
        <w:rPr>
          <w:rFonts w:cs="Times New Roman"/>
        </w:rPr>
        <w:t>29.1. Сведения по запросу субъекта предоставляются в течение д</w:t>
      </w:r>
      <w:r>
        <w:rPr>
          <w:rFonts w:cs="Times New Roman"/>
        </w:rPr>
        <w:t>есяти рабочих дней с момента обращения или получения запроса.</w:t>
      </w:r>
    </w:p>
    <w:p w:rsidR="00026EFC" w:rsidRDefault="00141F94">
      <w:r>
        <w:rPr>
          <w:rFonts w:cs="Times New Roman"/>
        </w:rPr>
        <w:t>29.2. Указанный срок может быть продлен не более чем на пять рабочих дней при направлении мотивированного уведомления с причинами продления.</w:t>
      </w:r>
    </w:p>
    <w:p w:rsidR="00026EFC" w:rsidRDefault="00141F94">
      <w:r>
        <w:rPr>
          <w:rFonts w:cs="Times New Roman"/>
        </w:rPr>
        <w:t>29.3. Повторное обращение после получения ответа расс</w:t>
      </w:r>
      <w:r>
        <w:rPr>
          <w:rFonts w:cs="Times New Roman"/>
        </w:rPr>
        <w:t>матривается с учетом порядка и сроков, установленных статьей 14 Федерального закона № 152-ФЗ.</w:t>
      </w:r>
    </w:p>
    <w:p w:rsidR="00026EFC" w:rsidRDefault="00141F94">
      <w:r>
        <w:rPr>
          <w:rFonts w:cs="Times New Roman"/>
        </w:rPr>
        <w:t>29.4. Требование о прекращении неправомерной обработки исполняется в сроки статьи 21 Федерального закона № 152-ФЗ с учетом времени, необходимого для проверки и вз</w:t>
      </w:r>
      <w:r>
        <w:rPr>
          <w:rFonts w:cs="Times New Roman"/>
        </w:rPr>
        <w:t>аимодействия с поставщиком.</w:t>
      </w:r>
    </w:p>
    <w:p w:rsidR="00026EFC" w:rsidRDefault="00141F94">
      <w:r>
        <w:rPr>
          <w:rFonts w:cs="Times New Roman"/>
        </w:rPr>
        <w:t>29.5. При отзыве согласия данные уничтожаются в срок, не превышающий тридцати дней, если отсутствует иное законное основание и иной срок не установлен соглашением сторон или законом.</w:t>
      </w:r>
    </w:p>
    <w:p w:rsidR="00026EFC" w:rsidRDefault="00141F94">
      <w:r>
        <w:rPr>
          <w:rFonts w:cs="Times New Roman"/>
        </w:rPr>
        <w:t>29.6. Невозможность выполнить требование полн</w:t>
      </w:r>
      <w:r>
        <w:rPr>
          <w:rFonts w:cs="Times New Roman"/>
        </w:rPr>
        <w:t>остью должна быть объяснена письменно со ссылкой на конкретное правовое и фактическое основание.</w:t>
      </w:r>
    </w:p>
    <w:p w:rsidR="00026EFC" w:rsidRDefault="00141F94">
      <w:r>
        <w:rPr>
          <w:rFonts w:cs="Times New Roman"/>
        </w:rPr>
        <w:t>29.7. Срок двадцать или тридцать дней не заменяет более короткий обязательный срок ответа, прямо установленный Федеральным законом № 152-ФЗ.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 xml:space="preserve">30. ПОДТВЕРЖДЕНИЕ </w:t>
      </w:r>
      <w:r>
        <w:rPr>
          <w:rFonts w:cs="Times New Roman"/>
          <w:b/>
        </w:rPr>
        <w:t>ВЫБОРА</w:t>
      </w:r>
    </w:p>
    <w:p w:rsidR="00026EFC" w:rsidRDefault="00141F94">
      <w:r>
        <w:rPr>
          <w:rFonts w:cs="Times New Roman"/>
        </w:rPr>
        <w:t>30.1. Для подтверждения выбора оператор может фиксировать версию текста, значение настройки, дату и время, адрес страницы и технический идентификатор согласия.</w:t>
      </w:r>
    </w:p>
    <w:p w:rsidR="00026EFC" w:rsidRDefault="00141F94">
      <w:r>
        <w:rPr>
          <w:rFonts w:cs="Times New Roman"/>
        </w:rPr>
        <w:t>30.2. Доказательство согласия хранится отдельно от содержания заявки и не используется дл</w:t>
      </w:r>
      <w:r>
        <w:rPr>
          <w:rFonts w:cs="Times New Roman"/>
        </w:rPr>
        <w:t>я маркетингового профилирования.</w:t>
      </w:r>
    </w:p>
    <w:p w:rsidR="00026EFC" w:rsidRDefault="00141F94">
      <w:r>
        <w:rPr>
          <w:rFonts w:cs="Times New Roman"/>
        </w:rPr>
        <w:t>30.3. Фиксация IP-адреса допускается только в необходимом объеме и с ограниченным сроком как часть технического журнала.</w:t>
      </w:r>
    </w:p>
    <w:p w:rsidR="00026EFC" w:rsidRDefault="00141F94">
      <w:r>
        <w:rPr>
          <w:rFonts w:cs="Times New Roman"/>
        </w:rPr>
        <w:t>30.4. Оператор подтверждает именно активное действие, а не только наличие файла cookie после посещения</w:t>
      </w:r>
      <w:r>
        <w:rPr>
          <w:rFonts w:cs="Times New Roman"/>
        </w:rPr>
        <w:t>.</w:t>
      </w:r>
    </w:p>
    <w:p w:rsidR="00026EFC" w:rsidRDefault="00141F94">
      <w:r>
        <w:rPr>
          <w:rFonts w:cs="Times New Roman"/>
        </w:rPr>
        <w:t>30.5. Журнал изменения настроек должен позволять отличить согласие, отказ и последующий отзыв.</w:t>
      </w:r>
    </w:p>
    <w:p w:rsidR="00026EFC" w:rsidRDefault="00141F94">
      <w:r>
        <w:rPr>
          <w:rFonts w:cs="Times New Roman"/>
        </w:rPr>
        <w:t>30.6. При споре оператор обязан представить понятное описание интерфейса и текста, доступного посетителю.</w:t>
      </w:r>
    </w:p>
    <w:p w:rsidR="00026EFC" w:rsidRDefault="00141F94">
      <w:r>
        <w:rPr>
          <w:rFonts w:cs="Times New Roman"/>
        </w:rPr>
        <w:t>30.7. Отсутствие надежного подтверждения толкуется ка</w:t>
      </w:r>
      <w:r>
        <w:rPr>
          <w:rFonts w:cs="Times New Roman"/>
        </w:rPr>
        <w:t>к отсутствие разрешения на необязательную аналитику.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31. ИЗМЕНЕНИЕ СЕРВИСА ИЛИ ЦЕЛЕЙ</w:t>
      </w:r>
    </w:p>
    <w:p w:rsidR="00026EFC" w:rsidRDefault="00141F94">
      <w:r>
        <w:rPr>
          <w:rFonts w:cs="Times New Roman"/>
        </w:rPr>
        <w:t>31.1. Оператор проверяет настоящий документ и фактическую настройку при подключении нового счетчика, домена, плагина, цели или аналитического поставщика.</w:t>
      </w:r>
    </w:p>
    <w:p w:rsidR="00026EFC" w:rsidRDefault="00141F94">
      <w:r>
        <w:rPr>
          <w:rFonts w:cs="Times New Roman"/>
        </w:rPr>
        <w:t>31.2. Техническое</w:t>
      </w:r>
      <w:r>
        <w:rPr>
          <w:rFonts w:cs="Times New Roman"/>
        </w:rPr>
        <w:t xml:space="preserve"> исправление текста, не меняющее цель и объем обработки, может быть опубликовано без повторного согласия.</w:t>
      </w:r>
    </w:p>
    <w:p w:rsidR="00026EFC" w:rsidRDefault="00141F94">
      <w:r>
        <w:rPr>
          <w:rFonts w:cs="Times New Roman"/>
        </w:rPr>
        <w:t>31.3. Новая цель, новый получатель, расширение состава данных или подключение рекламы требуют нового выбора до начала обработки.</w:t>
      </w:r>
    </w:p>
    <w:p w:rsidR="00026EFC" w:rsidRDefault="00141F94">
      <w:r>
        <w:rPr>
          <w:rFonts w:cs="Times New Roman"/>
        </w:rPr>
        <w:lastRenderedPageBreak/>
        <w:t>31.4. Изменение техни</w:t>
      </w:r>
      <w:r>
        <w:rPr>
          <w:rFonts w:cs="Times New Roman"/>
        </w:rPr>
        <w:t>ческого списка cookie поставщиком отражается в актуальной информации без сокрытия фактического назначения.</w:t>
      </w:r>
    </w:p>
    <w:p w:rsidR="00026EFC" w:rsidRDefault="00141F94">
      <w:r>
        <w:rPr>
          <w:rFonts w:cs="Times New Roman"/>
        </w:rPr>
        <w:t>31.5. До получения нового согласия сохраняется вариант «Только необходимые» для функции, которая выходит за пределы ранее разрешенного.</w:t>
      </w:r>
    </w:p>
    <w:p w:rsidR="00026EFC" w:rsidRDefault="00141F94">
      <w:r>
        <w:rPr>
          <w:rFonts w:cs="Times New Roman"/>
        </w:rPr>
        <w:t>31.6. Прежняя</w:t>
      </w:r>
      <w:r>
        <w:rPr>
          <w:rFonts w:cs="Times New Roman"/>
        </w:rPr>
        <w:t xml:space="preserve"> настройка не переносится автоматически на другой самостоятельный сайт или платформу.</w:t>
      </w:r>
    </w:p>
    <w:p w:rsidR="00026EFC" w:rsidRDefault="00141F94">
      <w:r>
        <w:rPr>
          <w:rFonts w:cs="Times New Roman"/>
        </w:rPr>
        <w:t>31.7. Оператор хранит предыдущий текст в объеме, необходимом для подтверждения условий ранее предоставленного согласия.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32. СВЯЗЬ С ИНЫМИ ДОКУМЕНТАМИ</w:t>
      </w:r>
    </w:p>
    <w:p w:rsidR="00026EFC" w:rsidRDefault="00141F94">
      <w:r>
        <w:rPr>
          <w:rFonts w:cs="Times New Roman"/>
        </w:rPr>
        <w:t xml:space="preserve">32.1. Политика </w:t>
      </w:r>
      <w:r>
        <w:rPr>
          <w:rFonts w:cs="Times New Roman"/>
        </w:rPr>
        <w:t>конфиденциальности описывает общий порядок обращения с данными и меры защиты на сайте.</w:t>
      </w:r>
    </w:p>
    <w:p w:rsidR="00026EFC" w:rsidRDefault="00141F94">
      <w:r>
        <w:rPr>
          <w:rFonts w:cs="Times New Roman"/>
        </w:rPr>
        <w:t>32.2. Политика обработки персональных данных определяет категории субъектов, цели, основания, сроки и организационные правила оператора.</w:t>
      </w:r>
    </w:p>
    <w:p w:rsidR="00026EFC" w:rsidRDefault="00141F94">
      <w:r>
        <w:rPr>
          <w:rFonts w:cs="Times New Roman"/>
        </w:rPr>
        <w:t>32.3. Отдельное согласие на обра</w:t>
      </w:r>
      <w:r>
        <w:rPr>
          <w:rFonts w:cs="Times New Roman"/>
        </w:rPr>
        <w:t>ботку персональных данных формы относится к имени, контактам, содержанию заявки и дальнейшей коммуникации.</w:t>
      </w:r>
    </w:p>
    <w:p w:rsidR="00026EFC" w:rsidRDefault="00141F94">
      <w:r>
        <w:rPr>
          <w:rFonts w:cs="Times New Roman"/>
        </w:rPr>
        <w:t>32.4. Согласие на рекламные сообщения оформляется отдельно и не следует из разрешения аналитики.</w:t>
      </w:r>
    </w:p>
    <w:p w:rsidR="00026EFC" w:rsidRDefault="00141F94">
      <w:r>
        <w:rPr>
          <w:rFonts w:cs="Times New Roman"/>
        </w:rPr>
        <w:t>32.5. Отдельное платформенное согласие требуется для</w:t>
      </w:r>
      <w:r>
        <w:rPr>
          <w:rFonts w:cs="Times New Roman"/>
        </w:rPr>
        <w:t xml:space="preserve"> передачи заявки самостоятельному оператору платформенного направления, если такая передача предусмотрена интерфейсом.</w:t>
      </w:r>
    </w:p>
    <w:p w:rsidR="00026EFC" w:rsidRDefault="00141F94">
      <w:r>
        <w:rPr>
          <w:rFonts w:cs="Times New Roman"/>
        </w:rPr>
        <w:t>32.6. Договор на обучение, юридическую услугу или платформу заключается отдельно и не возникает от выбора cookie-настройки.</w:t>
      </w:r>
    </w:p>
    <w:p w:rsidR="00026EFC" w:rsidRDefault="00141F94">
      <w:r>
        <w:rPr>
          <w:rFonts w:cs="Times New Roman"/>
        </w:rPr>
        <w:t>32.7. При про</w:t>
      </w:r>
      <w:r>
        <w:rPr>
          <w:rFonts w:cs="Times New Roman"/>
        </w:rPr>
        <w:t>тиворечии интерфейса и настоящего документа применяется более узкий объем согласия до устранения несоответствия.</w:t>
      </w:r>
    </w:p>
    <w:p w:rsidR="00026EFC" w:rsidRDefault="00141F94">
      <w:pPr>
        <w:keepNext/>
        <w:spacing w:before="120"/>
        <w:jc w:val="center"/>
      </w:pPr>
      <w:r>
        <w:rPr>
          <w:rFonts w:cs="Times New Roman"/>
          <w:b/>
        </w:rPr>
        <w:t>33. ЗАКЛЮЧИТЕЛЬНЫЕ ПОДТВЕРЖДЕНИЯ</w:t>
      </w:r>
    </w:p>
    <w:p w:rsidR="00026EFC" w:rsidRDefault="00141F94">
      <w:r>
        <w:rPr>
          <w:rFonts w:cs="Times New Roman"/>
        </w:rPr>
        <w:t xml:space="preserve">33.1. Нажимая «Разрешить аналитику», посетитель подтверждает, что получил сведения об операторе, целях, </w:t>
      </w:r>
      <w:r>
        <w:rPr>
          <w:rFonts w:cs="Times New Roman"/>
        </w:rPr>
        <w:t>сервисе, составе данных, сроках и способе отзыва.</w:t>
      </w:r>
    </w:p>
    <w:p w:rsidR="00026EFC" w:rsidRDefault="00141F94">
      <w:r>
        <w:rPr>
          <w:rFonts w:cs="Times New Roman"/>
        </w:rPr>
        <w:t>33.2. Посетитель подтверждает понимание того, что Метрика использует технические идентификаторы браузера, а Вебвизор воспроизводит взаимодействие с интерфейсом с исключением полей формы.</w:t>
      </w:r>
    </w:p>
    <w:p w:rsidR="00026EFC" w:rsidRDefault="00141F94">
      <w:r>
        <w:rPr>
          <w:rFonts w:cs="Times New Roman"/>
        </w:rPr>
        <w:t>33.3. Посетитель вп</w:t>
      </w:r>
      <w:r>
        <w:rPr>
          <w:rFonts w:cs="Times New Roman"/>
        </w:rPr>
        <w:t>раве вместо согласия выбрать вариант «Только необходимые» без ухудшения доступа к сайту.</w:t>
      </w:r>
    </w:p>
    <w:p w:rsidR="00026EFC" w:rsidRDefault="00141F94">
      <w:r>
        <w:rPr>
          <w:rFonts w:cs="Times New Roman"/>
        </w:rPr>
        <w:t>33.4. Согласие действует до отзыва, прекращения заявленных целей или истечения срока сохраненной настройки, в зависимости от того, что наступит раньше.</w:t>
      </w:r>
    </w:p>
    <w:p w:rsidR="00026EFC" w:rsidRDefault="00141F94">
      <w:r>
        <w:rPr>
          <w:rFonts w:cs="Times New Roman"/>
        </w:rPr>
        <w:t>33.5. Обращения</w:t>
      </w:r>
      <w:r>
        <w:rPr>
          <w:rFonts w:cs="Times New Roman"/>
        </w:rPr>
        <w:t xml:space="preserve"> направляются на lisrent@online-org.ru. В обращении рекомендуется указать браузер, устройство, примерное время визита и содержание требования без сообщения пароля и избыточных документов.</w:t>
      </w:r>
    </w:p>
    <w:p w:rsidR="00026EFC" w:rsidRDefault="00141F94">
      <w:r>
        <w:rPr>
          <w:rFonts w:cs="Times New Roman"/>
        </w:rPr>
        <w:t>33.6. Актуальный документ и ссылка на изменение настроек размещаются</w:t>
      </w:r>
      <w:r>
        <w:rPr>
          <w:rFonts w:cs="Times New Roman"/>
        </w:rPr>
        <w:t xml:space="preserve"> на https://lisrent-edu.ru в доступной части сайта.</w:t>
      </w:r>
    </w:p>
    <w:sectPr w:rsidR="00026EFC" w:rsidSect="00034616">
      <w:pgSz w:w="11906" w:h="16838"/>
      <w:pgMar w:top="907" w:right="1020" w:bottom="90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6EFC"/>
    <w:rsid w:val="00034616"/>
    <w:rsid w:val="0006063C"/>
    <w:rsid w:val="00141F94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8C75F49-FBCB-4976-BEB3-52D33220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BA547-06DB-4D4C-86DB-4B1726A9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4737</Words>
  <Characters>27003</Characters>
  <Application>Microsoft Office Word</Application>
  <DocSecurity>0</DocSecurity>
  <Lines>225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использование файлов cookie и аналитических сервисов</vt:lpstr>
      <vt:lpstr/>
    </vt:vector>
  </TitlesOfParts>
  <Manager/>
  <Company/>
  <LinksUpToDate>false</LinksUpToDate>
  <CharactersWithSpaces>31677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использование файлов cookie и аналитических сервисов</dc:title>
  <dc:subject>Согласие на cookie, Яндекс Метрику и Вебвизор сайта LISRENT EDU</dc:subject>
  <dc:creator>LISRENT</dc:creator>
  <cp:keywords>LISRENT, персональные данные, конфиденциальность, соглашение</cp:keywords>
  <dc:description>generated by python-docx</dc:description>
  <cp:lastModifiedBy>Аслан 44</cp:lastModifiedBy>
  <cp:revision>2</cp:revision>
  <dcterms:created xsi:type="dcterms:W3CDTF">2026-08-23T22:00:00Z</dcterms:created>
  <dcterms:modified xsi:type="dcterms:W3CDTF">2026-08-23T22:00:00Z</dcterms:modified>
  <cp:category/>
</cp:coreProperties>
</file>