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2826" w:rsidRDefault="006A791B">
      <w:pPr>
        <w:spacing w:after="80"/>
        <w:jc w:val="center"/>
      </w:pPr>
      <w:bookmarkStart w:id="0" w:name="_GoBack"/>
      <w:bookmarkEnd w:id="0"/>
      <w:r>
        <w:rPr>
          <w:rFonts w:cs="Times New Roman"/>
          <w:b/>
        </w:rPr>
        <w:t>ПОЛИТИКА ОБРАБОТКИ ПЕРСОНАЛЬНЫХ ДАННЫХ</w:t>
      </w:r>
    </w:p>
    <w:p w:rsidR="00CE2826" w:rsidRDefault="006A791B">
      <w:pPr>
        <w:spacing w:after="160"/>
        <w:jc w:val="center"/>
      </w:pPr>
      <w:r>
        <w:rPr>
          <w:rFonts w:cs="Times New Roman"/>
          <w:b/>
        </w:rPr>
        <w:t>для сайта LISRENT EDU</w:t>
      </w:r>
    </w:p>
    <w:p w:rsidR="00CE2826" w:rsidRDefault="006A791B">
      <w:pPr>
        <w:spacing w:after="100"/>
      </w:pPr>
      <w:r>
        <w:rPr>
          <w:rFonts w:cs="Times New Roman"/>
        </w:rPr>
        <w:t xml:space="preserve">Настоящая Политика определяет цели, правовые основания, состав, способы и сроки обработки персональных данных индивидуальным предпринимателем Магомадовым Асланом Герихановичем при работе сайта </w:t>
      </w:r>
      <w:r>
        <w:rPr>
          <w:rFonts w:cs="Times New Roman"/>
        </w:rPr>
        <w:t>LISRENT EDU, рассмотрении заявок на обучение, юридические услуги и платформу LISRENT, а также при заключении и исполнении отдельных договоров. Документ публикуется для неограниченного доступа и применяется совместно с отдельными согласиями и Политикой конф</w:t>
      </w:r>
      <w:r>
        <w:rPr>
          <w:rFonts w:cs="Times New Roman"/>
        </w:rPr>
        <w:t>иденциальности сайта.</w:t>
      </w:r>
    </w:p>
    <w:p w:rsidR="00CE2826" w:rsidRDefault="006A791B">
      <w:pPr>
        <w:keepNext/>
        <w:spacing w:before="120"/>
        <w:jc w:val="center"/>
      </w:pPr>
      <w:r>
        <w:rPr>
          <w:rFonts w:cs="Times New Roman"/>
          <w:b/>
        </w:rPr>
        <w:t>1. ОБЩИЕ ПОЛОЖЕНИЯ</w:t>
      </w:r>
    </w:p>
    <w:p w:rsidR="00CE2826" w:rsidRDefault="006A791B">
      <w:r>
        <w:rPr>
          <w:rFonts w:cs="Times New Roman"/>
        </w:rPr>
        <w:t>1.1. Политика разработана в соответствии с Конституцией Российской Федерации, Федеральным законом от 27.07.2006 № 152-ФЗ «О персональных данных» и принятыми в соответствии с ним нормативными правовыми актами.</w:t>
      </w:r>
    </w:p>
    <w:p w:rsidR="00CE2826" w:rsidRDefault="006A791B">
      <w:r>
        <w:rPr>
          <w:rFonts w:cs="Times New Roman"/>
        </w:rPr>
        <w:t>1.2. Д</w:t>
      </w:r>
      <w:r>
        <w:rPr>
          <w:rFonts w:cs="Times New Roman"/>
        </w:rPr>
        <w:t>окумент является публичной политикой оператора, предусмотренной статьей 18.1 Федерального закона № 152-ФЗ, и доступен на страницах сайта, с использованием которых осуществляется сбор персональных данных.</w:t>
      </w:r>
    </w:p>
    <w:p w:rsidR="00CE2826" w:rsidRDefault="006A791B">
      <w:r>
        <w:rPr>
          <w:rFonts w:cs="Times New Roman"/>
        </w:rPr>
        <w:t>1.3. Политика применяется к обработке с использовани</w:t>
      </w:r>
      <w:r>
        <w:rPr>
          <w:rFonts w:cs="Times New Roman"/>
        </w:rPr>
        <w:t>ем средств автоматизации и без их использования, если такая обработка связана с сайтом, заявкой, консультацией, обучением, юридической услугой, платформенным направлением или отдельным договором.</w:t>
      </w:r>
    </w:p>
    <w:p w:rsidR="00CE2826" w:rsidRDefault="006A791B">
      <w:r>
        <w:rPr>
          <w:rFonts w:cs="Times New Roman"/>
        </w:rPr>
        <w:t>1.4. Политика не является согласием субъекта, договором об о</w:t>
      </w:r>
      <w:r>
        <w:rPr>
          <w:rFonts w:cs="Times New Roman"/>
        </w:rPr>
        <w:t>казании услуг, публичной офертой или акцептом и не заменяет документы, которые закон требует оформить отдельно.</w:t>
      </w:r>
    </w:p>
    <w:p w:rsidR="00CE2826" w:rsidRDefault="006A791B">
      <w:r>
        <w:rPr>
          <w:rFonts w:cs="Times New Roman"/>
        </w:rPr>
        <w:t>1.5. Отправка формы сайта подтверждает только совершение действий, прямо указанных рядом с формой, и не создает обязанности приобрести платную у</w:t>
      </w:r>
      <w:r>
        <w:rPr>
          <w:rFonts w:cs="Times New Roman"/>
        </w:rPr>
        <w:t>слугу.</w:t>
      </w:r>
    </w:p>
    <w:p w:rsidR="00CE2826" w:rsidRDefault="006A791B">
      <w:r>
        <w:rPr>
          <w:rFonts w:cs="Times New Roman"/>
        </w:rPr>
        <w:t>1.6. Для платформы LISRENT по адресу https://lisrent.online действуют самостоятельные документы платформы. Настоящая Политика охватывает сайт https://lisrent-edu.ru и передачу платформенной заявки до начала самостоятельных отношений с платформой.</w:t>
      </w:r>
    </w:p>
    <w:p w:rsidR="00CE2826" w:rsidRDefault="006A791B">
      <w:r>
        <w:rPr>
          <w:rFonts w:cs="Times New Roman"/>
        </w:rPr>
        <w:t>1.</w:t>
      </w:r>
      <w:r>
        <w:rPr>
          <w:rFonts w:cs="Times New Roman"/>
        </w:rPr>
        <w:t>7. Термины применяются в значениях, установленных Федеральным законом № 152-ФЗ, если из содержания конкретного положения не следует иное.</w:t>
      </w:r>
    </w:p>
    <w:p w:rsidR="00CE2826" w:rsidRDefault="006A791B">
      <w:r>
        <w:rPr>
          <w:rFonts w:cs="Times New Roman"/>
        </w:rPr>
        <w:t>1.8. При изменении фактического маршрута данных оператор до запуска соответствующей функции приводит документы, интерф</w:t>
      </w:r>
      <w:r>
        <w:rPr>
          <w:rFonts w:cs="Times New Roman"/>
        </w:rPr>
        <w:t>ейс и внутренние процессы в соответствие с законом.</w:t>
      </w:r>
    </w:p>
    <w:p w:rsidR="00CE2826" w:rsidRDefault="006A791B">
      <w:pPr>
        <w:keepNext/>
        <w:spacing w:before="120"/>
        <w:jc w:val="center"/>
      </w:pPr>
      <w:r>
        <w:rPr>
          <w:rFonts w:cs="Times New Roman"/>
          <w:b/>
        </w:rPr>
        <w:t>2. СВЕДЕНИЯ ОБ ОПЕРАТОРЕ</w:t>
      </w:r>
    </w:p>
    <w:p w:rsidR="00CE2826" w:rsidRDefault="006A791B">
      <w:r>
        <w:rPr>
          <w:rFonts w:cs="Times New Roman"/>
        </w:rPr>
        <w:t>2.1. Оператором персональных данных сайта является индивидуальный предприниматель Магомадов Аслан Гериханович.</w:t>
      </w:r>
    </w:p>
    <w:p w:rsidR="00CE2826" w:rsidRDefault="006A791B">
      <w:r>
        <w:rPr>
          <w:rFonts w:cs="Times New Roman"/>
        </w:rPr>
        <w:t>2.2. ИНН оператора: 201010728477. ОГРНИП: 322100000003210. Место рег</w:t>
      </w:r>
      <w:r>
        <w:rPr>
          <w:rFonts w:cs="Times New Roman"/>
        </w:rPr>
        <w:t>истрации: Российская Федерация, Республика Карелия, город Кондопога.</w:t>
      </w:r>
    </w:p>
    <w:p w:rsidR="00CE2826" w:rsidRDefault="006A791B">
      <w:r>
        <w:rPr>
          <w:rFonts w:cs="Times New Roman"/>
        </w:rPr>
        <w:t>2.3. Адрес сайта оператора: https://lisrent-edu.ru.</w:t>
      </w:r>
    </w:p>
    <w:p w:rsidR="00CE2826" w:rsidRDefault="006A791B">
      <w:r>
        <w:rPr>
          <w:rFonts w:cs="Times New Roman"/>
        </w:rPr>
        <w:t>2.4. Адрес электронной почты для обращений по вопросам персональных данных: lisrent@online-org.ru.</w:t>
      </w:r>
    </w:p>
    <w:p w:rsidR="00CE2826" w:rsidRDefault="006A791B">
      <w:r>
        <w:rPr>
          <w:rFonts w:cs="Times New Roman"/>
        </w:rPr>
        <w:t>2.5. Телефон для связи: +7 993 640-8</w:t>
      </w:r>
      <w:r>
        <w:rPr>
          <w:rFonts w:cs="Times New Roman"/>
        </w:rPr>
        <w:t>3-30. Устное обращение по телефону не исключает необходимость письменного запроса, если закон требует установить личность и содержание требования.</w:t>
      </w:r>
    </w:p>
    <w:p w:rsidR="00CE2826" w:rsidRDefault="006A791B">
      <w:r>
        <w:rPr>
          <w:rFonts w:cs="Times New Roman"/>
        </w:rPr>
        <w:t>2.6. Образовательная деятельность осуществляется с учетом лицензии, регистрационный номер Л035-01219-10/00657</w:t>
      </w:r>
      <w:r>
        <w:rPr>
          <w:rFonts w:cs="Times New Roman"/>
        </w:rPr>
        <w:t>571, в части, в которой конкретная программа относится к образовательной деятельности.</w:t>
      </w:r>
    </w:p>
    <w:p w:rsidR="00CE2826" w:rsidRDefault="006A791B">
      <w:r>
        <w:rPr>
          <w:rFonts w:cs="Times New Roman"/>
        </w:rPr>
        <w:t>2.7. Обозначение LISRENT используется с учетом регистрации товарного знака № 1133676 и само по себе не объединяет самостоятельных операторов персональных данных.</w:t>
      </w:r>
    </w:p>
    <w:p w:rsidR="00CE2826" w:rsidRDefault="006A791B">
      <w:r>
        <w:rPr>
          <w:rFonts w:cs="Times New Roman"/>
        </w:rPr>
        <w:t>2.8. Оп</w:t>
      </w:r>
      <w:r>
        <w:rPr>
          <w:rFonts w:cs="Times New Roman"/>
        </w:rPr>
        <w:t>ератор определяет цели и способы обработки, перечень данных и выполняемые действия в пределах своей деятельности и отвечает за соблюдение применимых требований.</w:t>
      </w:r>
    </w:p>
    <w:p w:rsidR="00CE2826" w:rsidRDefault="006A791B">
      <w:pPr>
        <w:keepNext/>
        <w:spacing w:before="120"/>
        <w:jc w:val="center"/>
      </w:pPr>
      <w:r>
        <w:rPr>
          <w:rFonts w:cs="Times New Roman"/>
          <w:b/>
        </w:rPr>
        <w:lastRenderedPageBreak/>
        <w:t>3. ОБЛАСТЬ ДЕЙСТВИЯ САЙТА</w:t>
      </w:r>
    </w:p>
    <w:p w:rsidR="00CE2826" w:rsidRDefault="006A791B">
      <w:r>
        <w:rPr>
          <w:rFonts w:cs="Times New Roman"/>
        </w:rPr>
        <w:t>3.1. Сайт предоставляет сведения о платформе LISRENT, программах обуч</w:t>
      </w:r>
      <w:r>
        <w:rPr>
          <w:rFonts w:cs="Times New Roman"/>
        </w:rPr>
        <w:t>ения, обучении команд, юридических, консультационных и связанных услугах.</w:t>
      </w:r>
    </w:p>
    <w:p w:rsidR="00CE2826" w:rsidRDefault="006A791B">
      <w:r>
        <w:rPr>
          <w:rFonts w:cs="Times New Roman"/>
        </w:rPr>
        <w:t>3.2. Через сайт может направляться заявка на демонстрацию платформы, подбор обучения, получение юридической помощи, разработку документов, образовательной программы или иного согласу</w:t>
      </w:r>
      <w:r>
        <w:rPr>
          <w:rFonts w:cs="Times New Roman"/>
        </w:rPr>
        <w:t>емого результата.</w:t>
      </w:r>
    </w:p>
    <w:p w:rsidR="00CE2826" w:rsidRDefault="006A791B">
      <w:r>
        <w:rPr>
          <w:rFonts w:cs="Times New Roman"/>
        </w:rPr>
        <w:t>3.3. Сайт не является кабинетом школы или ученика на платформе LISRENT и не предназначен для хранения учебных курсов, домашних заданий и статистики учебной активности платформы.</w:t>
      </w:r>
    </w:p>
    <w:p w:rsidR="00CE2826" w:rsidRDefault="006A791B">
      <w:r>
        <w:rPr>
          <w:rFonts w:cs="Times New Roman"/>
        </w:rPr>
        <w:t>3.4. На сайте не заключается автоматически договор на обучен</w:t>
      </w:r>
      <w:r>
        <w:rPr>
          <w:rFonts w:cs="Times New Roman"/>
        </w:rPr>
        <w:t>ие, платформу или юридическую услугу, если на конкретной странице прямо не размещены самостоятельная оферта и предусмотренный законом способ ее акцепта.</w:t>
      </w:r>
    </w:p>
    <w:p w:rsidR="00CE2826" w:rsidRDefault="006A791B">
      <w:r>
        <w:rPr>
          <w:rFonts w:cs="Times New Roman"/>
        </w:rPr>
        <w:t xml:space="preserve">3.5. С каждым заказчиком предполагается заключение отдельного договора, определяющего исполнителя, </w:t>
      </w:r>
      <w:r>
        <w:rPr>
          <w:rFonts w:cs="Times New Roman"/>
        </w:rPr>
        <w:t>предмет, стоимость, сроки и необходимый состав данных.</w:t>
      </w:r>
    </w:p>
    <w:p w:rsidR="00CE2826" w:rsidRDefault="006A791B">
      <w:r>
        <w:rPr>
          <w:rFonts w:cs="Times New Roman"/>
        </w:rPr>
        <w:t>3.6. В документах отдельного договора может быть установлен более подробный порядок обработки для конкретного проекта без ограничения прав субъекта.</w:t>
      </w:r>
    </w:p>
    <w:p w:rsidR="00CE2826" w:rsidRDefault="006A791B">
      <w:r>
        <w:rPr>
          <w:rFonts w:cs="Times New Roman"/>
        </w:rPr>
        <w:t>3.7. Информация об услугах и продуктах на общедоступ</w:t>
      </w:r>
      <w:r>
        <w:rPr>
          <w:rFonts w:cs="Times New Roman"/>
        </w:rPr>
        <w:t>ной странице не является основанием собирать данные, которые не требуются для заявки или последующего договора.</w:t>
      </w:r>
    </w:p>
    <w:p w:rsidR="00CE2826" w:rsidRDefault="006A791B">
      <w:pPr>
        <w:keepNext/>
        <w:spacing w:before="120"/>
        <w:jc w:val="center"/>
      </w:pPr>
      <w:r>
        <w:rPr>
          <w:rFonts w:cs="Times New Roman"/>
          <w:b/>
        </w:rPr>
        <w:t>4. ПРИНЦИПЫ ОБРАБОТКИ</w:t>
      </w:r>
    </w:p>
    <w:p w:rsidR="00CE2826" w:rsidRDefault="006A791B">
      <w:r>
        <w:rPr>
          <w:rFonts w:cs="Times New Roman"/>
        </w:rPr>
        <w:t>4.1. Обработка осуществляется законно, добросовестно и только при наличии определенной цели и надлежащего правового основа</w:t>
      </w:r>
      <w:r>
        <w:rPr>
          <w:rFonts w:cs="Times New Roman"/>
        </w:rPr>
        <w:t>ния.</w:t>
      </w:r>
    </w:p>
    <w:p w:rsidR="00CE2826" w:rsidRDefault="006A791B">
      <w:r>
        <w:rPr>
          <w:rFonts w:cs="Times New Roman"/>
        </w:rPr>
        <w:t>4.2. Не допускается объединение баз данных, созданных для несовместимых целей, если для такого объединения отсутствует самостоятельное основание.</w:t>
      </w:r>
    </w:p>
    <w:p w:rsidR="00CE2826" w:rsidRDefault="006A791B">
      <w:r>
        <w:rPr>
          <w:rFonts w:cs="Times New Roman"/>
        </w:rPr>
        <w:t>4.3. Состав данных соответствует цели и не является избыточным по отношению к ней.</w:t>
      </w:r>
    </w:p>
    <w:p w:rsidR="00CE2826" w:rsidRDefault="006A791B">
      <w:r>
        <w:rPr>
          <w:rFonts w:cs="Times New Roman"/>
        </w:rPr>
        <w:t>4.4. Оператор принимае</w:t>
      </w:r>
      <w:r>
        <w:rPr>
          <w:rFonts w:cs="Times New Roman"/>
        </w:rPr>
        <w:t>т меры к обеспечению точности, достаточности и актуальности данных и предоставляет возможность их уточнения.</w:t>
      </w:r>
    </w:p>
    <w:p w:rsidR="00CE2826" w:rsidRDefault="006A791B">
      <w:r>
        <w:rPr>
          <w:rFonts w:cs="Times New Roman"/>
        </w:rPr>
        <w:t>4.5. Хранение в форме, позволяющей определить субъекта, не продолжается дольше, чем этого требуют цель, закон, договор или реальная необходимость з</w:t>
      </w:r>
      <w:r>
        <w:rPr>
          <w:rFonts w:cs="Times New Roman"/>
        </w:rPr>
        <w:t>ащиты права.</w:t>
      </w:r>
    </w:p>
    <w:p w:rsidR="00CE2826" w:rsidRDefault="006A791B">
      <w:r>
        <w:rPr>
          <w:rFonts w:cs="Times New Roman"/>
        </w:rPr>
        <w:t>4.6. По достижении цели данные уничтожаются или обезличиваются, если отсутствует другое законное основание для хранения.</w:t>
      </w:r>
    </w:p>
    <w:p w:rsidR="00CE2826" w:rsidRDefault="006A791B">
      <w:r>
        <w:rPr>
          <w:rFonts w:cs="Times New Roman"/>
        </w:rPr>
        <w:t>4.7. Обработка для новой несовместимой цели не начинается только на основании того, что данные ранее были законно получены</w:t>
      </w:r>
      <w:r>
        <w:rPr>
          <w:rFonts w:cs="Times New Roman"/>
        </w:rPr>
        <w:t>.</w:t>
      </w:r>
    </w:p>
    <w:p w:rsidR="00CE2826" w:rsidRDefault="006A791B">
      <w:r>
        <w:rPr>
          <w:rFonts w:cs="Times New Roman"/>
        </w:rPr>
        <w:t>4.8. Оператор не продает базы заявителей и не предоставляет контакты стороннему рекламодателю для самостоятельного продвижения без отдельного основания.</w:t>
      </w:r>
    </w:p>
    <w:p w:rsidR="00CE2826" w:rsidRDefault="006A791B">
      <w:pPr>
        <w:keepNext/>
        <w:spacing w:before="120"/>
        <w:jc w:val="center"/>
      </w:pPr>
      <w:r>
        <w:rPr>
          <w:rFonts w:cs="Times New Roman"/>
          <w:b/>
        </w:rPr>
        <w:t>5. КАТЕГОРИИ СУБЪЕКТОВ</w:t>
      </w:r>
    </w:p>
    <w:p w:rsidR="00CE2826" w:rsidRDefault="006A791B">
      <w:r>
        <w:rPr>
          <w:rFonts w:cs="Times New Roman"/>
        </w:rPr>
        <w:t>5.1. Посетители сайта, которые просматривают общедоступные страницы и выбирают</w:t>
      </w:r>
      <w:r>
        <w:rPr>
          <w:rFonts w:cs="Times New Roman"/>
        </w:rPr>
        <w:t xml:space="preserve"> настройки cookie.</w:t>
      </w:r>
    </w:p>
    <w:p w:rsidR="00CE2826" w:rsidRDefault="006A791B">
      <w:r>
        <w:rPr>
          <w:rFonts w:cs="Times New Roman"/>
        </w:rPr>
        <w:t>5.2. Заявители, направившие форму, письмо, сообщение или запрос на обратный звонок.</w:t>
      </w:r>
    </w:p>
    <w:p w:rsidR="00CE2826" w:rsidRDefault="006A791B">
      <w:r>
        <w:rPr>
          <w:rFonts w:cs="Times New Roman"/>
        </w:rPr>
        <w:t>5.3. Потенциальные заказчики, с которыми обсуждаются программа, проект, объем услуг, цена или условия договора.</w:t>
      </w:r>
    </w:p>
    <w:p w:rsidR="00CE2826" w:rsidRDefault="006A791B">
      <w:r>
        <w:rPr>
          <w:rFonts w:cs="Times New Roman"/>
        </w:rPr>
        <w:t xml:space="preserve">5.4. Заказчики, обучающиеся и получатели </w:t>
      </w:r>
      <w:r>
        <w:rPr>
          <w:rFonts w:cs="Times New Roman"/>
        </w:rPr>
        <w:t>услуг, с которыми оформлены отдельные договорные отношения.</w:t>
      </w:r>
    </w:p>
    <w:p w:rsidR="00CE2826" w:rsidRDefault="006A791B">
      <w:r>
        <w:rPr>
          <w:rFonts w:cs="Times New Roman"/>
        </w:rPr>
        <w:t>5.5. Представители, работники, преподаватели и иные уполномоченные лица организаций-заказчиков.</w:t>
      </w:r>
    </w:p>
    <w:p w:rsidR="00CE2826" w:rsidRDefault="006A791B">
      <w:r>
        <w:rPr>
          <w:rFonts w:cs="Times New Roman"/>
        </w:rPr>
        <w:t xml:space="preserve">5.6. Законные представители и несовершеннолетние обучающиеся в случаях, когда их данные необходимы </w:t>
      </w:r>
      <w:r>
        <w:rPr>
          <w:rFonts w:cs="Times New Roman"/>
        </w:rPr>
        <w:t>для конкретной программы.</w:t>
      </w:r>
    </w:p>
    <w:p w:rsidR="00CE2826" w:rsidRDefault="006A791B">
      <w:r>
        <w:rPr>
          <w:rFonts w:cs="Times New Roman"/>
        </w:rPr>
        <w:t>5.7. Авторы отзывов, лица, участвующие в фото-, видео- или аудиоматериалах, и лица, результаты которых публикуются с законного основания.</w:t>
      </w:r>
    </w:p>
    <w:p w:rsidR="00CE2826" w:rsidRDefault="006A791B">
      <w:r>
        <w:rPr>
          <w:rFonts w:cs="Times New Roman"/>
        </w:rPr>
        <w:lastRenderedPageBreak/>
        <w:t>5.8. Контрагенты, подрядчики и их представители, участвующие в эксплуатации сайта или исполн</w:t>
      </w:r>
      <w:r>
        <w:rPr>
          <w:rFonts w:cs="Times New Roman"/>
        </w:rPr>
        <w:t>ении договора.</w:t>
      </w:r>
    </w:p>
    <w:p w:rsidR="00CE2826" w:rsidRDefault="006A791B">
      <w:r>
        <w:rPr>
          <w:rFonts w:cs="Times New Roman"/>
        </w:rPr>
        <w:t>5.9. Третьи лица, сведения о которых содержатся в документах, законно переданных для юридической, консультационной или образовательной задачи.</w:t>
      </w:r>
    </w:p>
    <w:p w:rsidR="00CE2826" w:rsidRDefault="006A791B">
      <w:r>
        <w:rPr>
          <w:rFonts w:cs="Times New Roman"/>
        </w:rPr>
        <w:t>5.10. Лица, направляющие запрос о своих правах, претензию, жалобу или сообщение об инциденте.</w:t>
      </w:r>
    </w:p>
    <w:p w:rsidR="00CE2826" w:rsidRDefault="006A791B">
      <w:pPr>
        <w:keepNext/>
        <w:spacing w:before="120"/>
        <w:jc w:val="center"/>
      </w:pPr>
      <w:r>
        <w:rPr>
          <w:rFonts w:cs="Times New Roman"/>
          <w:b/>
        </w:rPr>
        <w:t>6. О</w:t>
      </w:r>
      <w:r>
        <w:rPr>
          <w:rFonts w:cs="Times New Roman"/>
          <w:b/>
        </w:rPr>
        <w:t>БЫЧНЫЕ КАТЕГОРИИ ПЕРСОНАЛЬНЫХ ДАННЫХ</w:t>
      </w:r>
    </w:p>
    <w:p w:rsidR="00CE2826" w:rsidRDefault="006A791B">
      <w:r>
        <w:rPr>
          <w:rFonts w:cs="Times New Roman"/>
        </w:rPr>
        <w:t>6.1. Фамилия, имя, отчество и используемое заявителем имя, если полные сведения не требуются на этапе заявки.</w:t>
      </w:r>
    </w:p>
    <w:p w:rsidR="00CE2826" w:rsidRDefault="006A791B">
      <w:r>
        <w:rPr>
          <w:rFonts w:cs="Times New Roman"/>
        </w:rPr>
        <w:t>6.2. Номер телефона, адрес электронной почты, почтовый адрес и выбранный способ связи.</w:t>
      </w:r>
    </w:p>
    <w:p w:rsidR="00CE2826" w:rsidRDefault="006A791B">
      <w:r>
        <w:rPr>
          <w:rFonts w:cs="Times New Roman"/>
        </w:rPr>
        <w:t>6.3. Идентификатор, им</w:t>
      </w:r>
      <w:r>
        <w:rPr>
          <w:rFonts w:cs="Times New Roman"/>
        </w:rPr>
        <w:t>я пользователя или адрес в Telegram, MAX и другом согласованном канале связи.</w:t>
      </w:r>
    </w:p>
    <w:p w:rsidR="00CE2826" w:rsidRDefault="006A791B">
      <w:r>
        <w:rPr>
          <w:rFonts w:cs="Times New Roman"/>
        </w:rPr>
        <w:t>6.4. Регион, населенный пункт, часовой пояс и язык общения, когда это требуется для консультации, расписания или исполнения договора.</w:t>
      </w:r>
    </w:p>
    <w:p w:rsidR="00CE2826" w:rsidRDefault="006A791B">
      <w:r>
        <w:rPr>
          <w:rFonts w:cs="Times New Roman"/>
        </w:rPr>
        <w:t xml:space="preserve">6.5. Статус физического лица, </w:t>
      </w:r>
      <w:r>
        <w:rPr>
          <w:rFonts w:cs="Times New Roman"/>
        </w:rPr>
        <w:t>индивидуального предпринимателя или представителя организации, должность, место работы и сведения о полномочиях.</w:t>
      </w:r>
    </w:p>
    <w:p w:rsidR="00CE2826" w:rsidRDefault="006A791B">
      <w:r>
        <w:rPr>
          <w:rFonts w:cs="Times New Roman"/>
        </w:rPr>
        <w:t>6.6. ИНН, ОГРН, ОГРНИП, наименование и реквизиты организации в той части, в которой они связаны с идентифицируемым представителем или индивидуа</w:t>
      </w:r>
      <w:r>
        <w:rPr>
          <w:rFonts w:cs="Times New Roman"/>
        </w:rPr>
        <w:t>льным предпринимателем.</w:t>
      </w:r>
    </w:p>
    <w:p w:rsidR="00CE2826" w:rsidRDefault="006A791B">
      <w:r>
        <w:rPr>
          <w:rFonts w:cs="Times New Roman"/>
        </w:rPr>
        <w:t>6.7. Сведения, включенные субъектом в описание задачи, переписку, анкету, заявление, договор и предоставленные документы.</w:t>
      </w:r>
    </w:p>
    <w:p w:rsidR="00CE2826" w:rsidRDefault="006A791B">
      <w:r>
        <w:rPr>
          <w:rFonts w:cs="Times New Roman"/>
        </w:rPr>
        <w:t>6.8. Подпись, сведения о подписании электронного документа и технические доказательства волеизъявления в случа</w:t>
      </w:r>
      <w:r>
        <w:rPr>
          <w:rFonts w:cs="Times New Roman"/>
        </w:rPr>
        <w:t>ях, когда это необходимо.</w:t>
      </w:r>
    </w:p>
    <w:p w:rsidR="00CE2826" w:rsidRDefault="006A791B">
      <w:pPr>
        <w:keepNext/>
        <w:spacing w:before="120"/>
        <w:jc w:val="center"/>
      </w:pPr>
      <w:r>
        <w:rPr>
          <w:rFonts w:cs="Times New Roman"/>
          <w:b/>
        </w:rPr>
        <w:t>7. ДАННЫЕ САЙТА И ТЕХНИЧЕСКАЯ ИНФОРМАЦИЯ</w:t>
      </w:r>
    </w:p>
    <w:p w:rsidR="00CE2826" w:rsidRDefault="006A791B">
      <w:r>
        <w:rPr>
          <w:rFonts w:cs="Times New Roman"/>
        </w:rPr>
        <w:t>7.1. IP-адрес, дата и время обращения, запрошенная страница, код ответа сервера и источник перехода.</w:t>
      </w:r>
    </w:p>
    <w:p w:rsidR="00CE2826" w:rsidRDefault="006A791B">
      <w:r>
        <w:rPr>
          <w:rFonts w:cs="Times New Roman"/>
        </w:rPr>
        <w:t xml:space="preserve">7.2. Тип и версия браузера, операционная система, тип устройства, размер экрана, язык и </w:t>
      </w:r>
      <w:r>
        <w:rPr>
          <w:rFonts w:cs="Times New Roman"/>
        </w:rPr>
        <w:t>иные параметры, необходимые для корректной доставки страницы.</w:t>
      </w:r>
    </w:p>
    <w:p w:rsidR="00CE2826" w:rsidRDefault="006A791B">
      <w:r>
        <w:rPr>
          <w:rFonts w:cs="Times New Roman"/>
        </w:rPr>
        <w:t>7.3. Технические идентификаторы сессии, сведения о необходимых cookie и локальной настройке выбора посетителя.</w:t>
      </w:r>
    </w:p>
    <w:p w:rsidR="00CE2826" w:rsidRDefault="006A791B">
      <w:r>
        <w:rPr>
          <w:rFonts w:cs="Times New Roman"/>
        </w:rPr>
        <w:t xml:space="preserve">7.4. Данные о попытках отправки формы, ошибках, событиях безопасности и действиях, </w:t>
      </w:r>
      <w:r>
        <w:rPr>
          <w:rFonts w:cs="Times New Roman"/>
        </w:rPr>
        <w:t>необходимых для предотвращения злоупотреблений.</w:t>
      </w:r>
    </w:p>
    <w:p w:rsidR="00CE2826" w:rsidRDefault="006A791B">
      <w:r>
        <w:rPr>
          <w:rFonts w:cs="Times New Roman"/>
        </w:rPr>
        <w:t>7.5. При аналитическом согласии могут обрабатываться события просмотра, переходы, прокрутка, обезличенные характеристики визита и иные сведения, указанные в интерфейсе cookie.</w:t>
      </w:r>
    </w:p>
    <w:p w:rsidR="00CE2826" w:rsidRDefault="006A791B">
      <w:r>
        <w:rPr>
          <w:rFonts w:cs="Times New Roman"/>
        </w:rPr>
        <w:t>7.6. Имя, телефон, электронная п</w:t>
      </w:r>
      <w:r>
        <w:rPr>
          <w:rFonts w:cs="Times New Roman"/>
        </w:rPr>
        <w:t>очта, текст заявки и содержимое документа не включаются в URL, UTM-метки, UserID и параметры аналитических событий.</w:t>
      </w:r>
    </w:p>
    <w:p w:rsidR="00CE2826" w:rsidRDefault="006A791B">
      <w:r>
        <w:rPr>
          <w:rFonts w:cs="Times New Roman"/>
        </w:rPr>
        <w:t>7.7. Технические журналы не используются для скрытого вывода о здоровье, политических взглядах, платежеспособности или иных чувствительных х</w:t>
      </w:r>
      <w:r>
        <w:rPr>
          <w:rFonts w:cs="Times New Roman"/>
        </w:rPr>
        <w:t>арактеристиках.</w:t>
      </w:r>
    </w:p>
    <w:p w:rsidR="00CE2826" w:rsidRDefault="006A791B">
      <w:pPr>
        <w:keepNext/>
        <w:spacing w:before="120"/>
        <w:jc w:val="center"/>
      </w:pPr>
      <w:r>
        <w:rPr>
          <w:rFonts w:cs="Times New Roman"/>
          <w:b/>
        </w:rPr>
        <w:t>8. ДАННЫЕ ЗАЯВКИ</w:t>
      </w:r>
    </w:p>
    <w:p w:rsidR="00CE2826" w:rsidRDefault="006A791B">
      <w:r>
        <w:rPr>
          <w:rFonts w:cs="Times New Roman"/>
        </w:rPr>
        <w:t>8.1. В основной форме могут запрашиваться имя, телефон, электронная почта, предпочтительный способ связи, направление, регион и описание задачи.</w:t>
      </w:r>
    </w:p>
    <w:p w:rsidR="00CE2826" w:rsidRDefault="006A791B">
      <w:r>
        <w:rPr>
          <w:rFonts w:cs="Times New Roman"/>
        </w:rPr>
        <w:t>8.2. Предпочтительным способом связи могут быть Telegram, телефон, электронная</w:t>
      </w:r>
      <w:r>
        <w:rPr>
          <w:rFonts w:cs="Times New Roman"/>
        </w:rPr>
        <w:t xml:space="preserve"> почта или MAX, если соответствующий канал фактически используется.</w:t>
      </w:r>
    </w:p>
    <w:p w:rsidR="00CE2826" w:rsidRDefault="006A791B">
      <w:r>
        <w:rPr>
          <w:rFonts w:cs="Times New Roman"/>
        </w:rPr>
        <w:t xml:space="preserve">8.3. Направление может включать платформу, запуск проекта, образовательную лицензию, сайт и документы, обучение, разработку курса или юридического модуля, сопровождение и иной указанный в </w:t>
      </w:r>
      <w:r>
        <w:rPr>
          <w:rFonts w:cs="Times New Roman"/>
        </w:rPr>
        <w:t>форме вариант.</w:t>
      </w:r>
    </w:p>
    <w:p w:rsidR="00CE2826" w:rsidRDefault="006A791B">
      <w:r>
        <w:rPr>
          <w:rFonts w:cs="Times New Roman"/>
        </w:rPr>
        <w:t>8.4. В короткой форме не запрашиваются паспорт, СНИЛС, банковская карта, полный комплект договорных реквизитов, медицинские сведения и документы третьих лиц.</w:t>
      </w:r>
    </w:p>
    <w:p w:rsidR="00CE2826" w:rsidRDefault="006A791B">
      <w:r>
        <w:rPr>
          <w:rFonts w:cs="Times New Roman"/>
        </w:rPr>
        <w:lastRenderedPageBreak/>
        <w:t>8.5. ИНН и иные реквизиты могут быть запрошены после первичного обращения для прове</w:t>
      </w:r>
      <w:r>
        <w:rPr>
          <w:rFonts w:cs="Times New Roman"/>
        </w:rPr>
        <w:t>рки стороны, подготовки договора, счета или обязательного учетного документа.</w:t>
      </w:r>
    </w:p>
    <w:p w:rsidR="00CE2826" w:rsidRDefault="006A791B">
      <w:r>
        <w:rPr>
          <w:rFonts w:cs="Times New Roman"/>
        </w:rPr>
        <w:t>8.6. Свободное поле предназначено для краткого описания задачи и не должно использоваться для паролей, кодов подтверждения и массивов персональных данных.</w:t>
      </w:r>
    </w:p>
    <w:p w:rsidR="00CE2826" w:rsidRDefault="006A791B">
      <w:r>
        <w:rPr>
          <w:rFonts w:cs="Times New Roman"/>
        </w:rPr>
        <w:t>8.7. Оператор фиксирует</w:t>
      </w:r>
      <w:r>
        <w:rPr>
          <w:rFonts w:cs="Times New Roman"/>
        </w:rPr>
        <w:t xml:space="preserve"> дату, время, адрес страницы, версию отдельного согласия и совершенное действие в объеме, необходимом для подтверждения законности обработки.</w:t>
      </w:r>
    </w:p>
    <w:p w:rsidR="00CE2826" w:rsidRDefault="006A791B">
      <w:r>
        <w:rPr>
          <w:rFonts w:cs="Times New Roman"/>
        </w:rPr>
        <w:t>8.8. Если форма технически еще не подключена к рабочей системе, персональные данные не должны собираться до настро</w:t>
      </w:r>
      <w:r>
        <w:rPr>
          <w:rFonts w:cs="Times New Roman"/>
        </w:rPr>
        <w:t>йки защищенного маршрута и размещения обязательных документов.</w:t>
      </w:r>
    </w:p>
    <w:p w:rsidR="00CE2826" w:rsidRDefault="006A791B">
      <w:pPr>
        <w:keepNext/>
        <w:spacing w:before="120"/>
        <w:jc w:val="center"/>
      </w:pPr>
      <w:r>
        <w:rPr>
          <w:rFonts w:cs="Times New Roman"/>
          <w:b/>
        </w:rPr>
        <w:t>9. ДАННЫЕ ДЛЯ ОБУЧЕНИЯ</w:t>
      </w:r>
    </w:p>
    <w:p w:rsidR="00CE2826" w:rsidRDefault="006A791B">
      <w:r>
        <w:rPr>
          <w:rFonts w:cs="Times New Roman"/>
        </w:rPr>
        <w:t>9.1. Для подбора программы используются контактные данные, профессиональный статус, цель обучения, сведения об уровне подготовки и предпочтительном формате.</w:t>
      </w:r>
    </w:p>
    <w:p w:rsidR="00CE2826" w:rsidRDefault="006A791B">
      <w:r>
        <w:rPr>
          <w:rFonts w:cs="Times New Roman"/>
        </w:rPr>
        <w:t>9.2. После за</w:t>
      </w:r>
      <w:r>
        <w:rPr>
          <w:rFonts w:cs="Times New Roman"/>
        </w:rPr>
        <w:t>ключения договора могут обрабатываться дата и место рождения, адрес, гражданство и реквизиты документа, удостоверяющего личность, если они требуются для зачисления или обязательного учета.</w:t>
      </w:r>
    </w:p>
    <w:p w:rsidR="00CE2826" w:rsidRDefault="006A791B">
      <w:r>
        <w:rPr>
          <w:rFonts w:cs="Times New Roman"/>
        </w:rPr>
        <w:t>9.3. Могут обрабатываться сведения о предыдущем образовании, докуме</w:t>
      </w:r>
      <w:r>
        <w:rPr>
          <w:rFonts w:cs="Times New Roman"/>
        </w:rPr>
        <w:t>нте об образовании, квалификации и профессиональном опыте, если они являются условием соответствующей программы.</w:t>
      </w:r>
    </w:p>
    <w:p w:rsidR="00CE2826" w:rsidRDefault="006A791B">
      <w:r>
        <w:rPr>
          <w:rFonts w:cs="Times New Roman"/>
        </w:rPr>
        <w:t xml:space="preserve">9.4. СНИЛС и иные обязательные идентификаторы запрашиваются только тогда, когда они необходимы для государственного учета, внесения сведений в </w:t>
      </w:r>
      <w:r>
        <w:rPr>
          <w:rFonts w:cs="Times New Roman"/>
        </w:rPr>
        <w:t>ФИС ФРДО или исполнения другого требования закона.</w:t>
      </w:r>
    </w:p>
    <w:p w:rsidR="00CE2826" w:rsidRDefault="006A791B">
      <w:r>
        <w:rPr>
          <w:rFonts w:cs="Times New Roman"/>
        </w:rPr>
        <w:t>9.5. В процессе обучения могут формироваться сведения о зачислении, посещении, выполненных заданиях, оценках, аттестации, выданном документе и прекращении обучения.</w:t>
      </w:r>
    </w:p>
    <w:p w:rsidR="00CE2826" w:rsidRDefault="006A791B">
      <w:r>
        <w:rPr>
          <w:rFonts w:cs="Times New Roman"/>
        </w:rPr>
        <w:t>9.6. Для обучения команды используются с</w:t>
      </w:r>
      <w:r>
        <w:rPr>
          <w:rFonts w:cs="Times New Roman"/>
        </w:rPr>
        <w:t>лужебные контакты представителя и минимальный список участников, который предоставляется после определения программы и основания обработки.</w:t>
      </w:r>
    </w:p>
    <w:p w:rsidR="00CE2826" w:rsidRDefault="006A791B">
      <w:r>
        <w:rPr>
          <w:rFonts w:cs="Times New Roman"/>
        </w:rPr>
        <w:t xml:space="preserve">9.7. Сведения о специальных условиях обучения запрашиваются отдельно и только в объеме, объективно необходимом для </w:t>
      </w:r>
      <w:r>
        <w:rPr>
          <w:rFonts w:cs="Times New Roman"/>
        </w:rPr>
        <w:t>соблюдения прав обучающегося.</w:t>
      </w:r>
    </w:p>
    <w:p w:rsidR="00CE2826" w:rsidRDefault="006A791B">
      <w:r>
        <w:rPr>
          <w:rFonts w:cs="Times New Roman"/>
        </w:rPr>
        <w:t>9.8. Данные обучения не публикуются на сайте и не передаются платформе автоматически, если обучение фактически не проводится на платформе и отсутствует отдельное основание.</w:t>
      </w:r>
    </w:p>
    <w:p w:rsidR="00CE2826" w:rsidRDefault="006A791B">
      <w:pPr>
        <w:keepNext/>
        <w:spacing w:before="120"/>
        <w:jc w:val="center"/>
      </w:pPr>
      <w:r>
        <w:rPr>
          <w:rFonts w:cs="Times New Roman"/>
          <w:b/>
        </w:rPr>
        <w:t>10. ДАННЫЕ ДЛЯ ЮРИДИЧЕСКИХ И КОНСУЛЬТАЦИОННЫХ УСЛУГ</w:t>
      </w:r>
    </w:p>
    <w:p w:rsidR="00CE2826" w:rsidRDefault="006A791B">
      <w:r>
        <w:rPr>
          <w:rFonts w:cs="Times New Roman"/>
        </w:rPr>
        <w:t>1</w:t>
      </w:r>
      <w:r>
        <w:rPr>
          <w:rFonts w:cs="Times New Roman"/>
        </w:rPr>
        <w:t>0.1. Для первичной оценки используются сведения о заявителе, организации, предмете запроса, отрасли, регионе и предполагаемом результате.</w:t>
      </w:r>
    </w:p>
    <w:p w:rsidR="00CE2826" w:rsidRDefault="006A791B">
      <w:r>
        <w:rPr>
          <w:rFonts w:cs="Times New Roman"/>
        </w:rPr>
        <w:t xml:space="preserve">10.2. Для проверки возможности принять задачу могут обрабатываться сведения о сторонах и участниках ситуации в </w:t>
      </w:r>
      <w:r>
        <w:rPr>
          <w:rFonts w:cs="Times New Roman"/>
        </w:rPr>
        <w:t>минимальном объеме, необходимом для выявления конфликта интересов.</w:t>
      </w:r>
    </w:p>
    <w:p w:rsidR="00CE2826" w:rsidRDefault="006A791B">
      <w:r>
        <w:rPr>
          <w:rFonts w:cs="Times New Roman"/>
        </w:rPr>
        <w:t>10.3. После заключения договора могут обрабатываться договоры, локальные акты, образовательные программы, лицензии, претензии, решения, переписка и иные материалы проекта.</w:t>
      </w:r>
    </w:p>
    <w:p w:rsidR="00CE2826" w:rsidRDefault="006A791B">
      <w:r>
        <w:rPr>
          <w:rFonts w:cs="Times New Roman"/>
        </w:rPr>
        <w:t>10.4. Документы м</w:t>
      </w:r>
      <w:r>
        <w:rPr>
          <w:rFonts w:cs="Times New Roman"/>
        </w:rPr>
        <w:t>огут содержать сведения о работниках, обучающихся, клиентах и иных третьих лиц; заказчик до передачи ограничивает их состав и подтверждает законное основание.</w:t>
      </w:r>
    </w:p>
    <w:p w:rsidR="00CE2826" w:rsidRDefault="006A791B">
      <w:r>
        <w:rPr>
          <w:rFonts w:cs="Times New Roman"/>
        </w:rPr>
        <w:t>10.5. Для первичного анализа используются обезличенные фрагменты, если личность участника не влия</w:t>
      </w:r>
      <w:r>
        <w:rPr>
          <w:rFonts w:cs="Times New Roman"/>
        </w:rPr>
        <w:t>ет на юридическую оценку.</w:t>
      </w:r>
    </w:p>
    <w:p w:rsidR="00CE2826" w:rsidRDefault="006A791B">
      <w:r>
        <w:rPr>
          <w:rFonts w:cs="Times New Roman"/>
        </w:rPr>
        <w:t>10.6. Полные базы клиентов, кадровые массивы, медицинские документы и оригиналы удостоверяющих документов не передаются через общую форму сайта.</w:t>
      </w:r>
    </w:p>
    <w:p w:rsidR="00CE2826" w:rsidRDefault="006A791B">
      <w:r>
        <w:rPr>
          <w:rFonts w:cs="Times New Roman"/>
        </w:rPr>
        <w:t>10.7. Передача чувствительных материалов осуществляется после согласования защищенног</w:t>
      </w:r>
      <w:r>
        <w:rPr>
          <w:rFonts w:cs="Times New Roman"/>
        </w:rPr>
        <w:t>о канала, круга получателей и срока хранения.</w:t>
      </w:r>
    </w:p>
    <w:p w:rsidR="00CE2826" w:rsidRDefault="006A791B">
      <w:r>
        <w:rPr>
          <w:rFonts w:cs="Times New Roman"/>
        </w:rPr>
        <w:lastRenderedPageBreak/>
        <w:t>10.8. Сведения юридического проекта не используются в идентифицируемом виде для обучения другого клиента, публичного кейса или рекламного материала без самостоятельного основания.</w:t>
      </w:r>
    </w:p>
    <w:p w:rsidR="00CE2826" w:rsidRDefault="006A791B">
      <w:pPr>
        <w:keepNext/>
        <w:spacing w:before="120"/>
        <w:jc w:val="center"/>
      </w:pPr>
      <w:r>
        <w:rPr>
          <w:rFonts w:cs="Times New Roman"/>
          <w:b/>
        </w:rPr>
        <w:t>11. ДАННЫЕ ДЛЯ ДОГОВОРА И РАСЧ</w:t>
      </w:r>
      <w:r>
        <w:rPr>
          <w:rFonts w:cs="Times New Roman"/>
          <w:b/>
        </w:rPr>
        <w:t>ЕТОВ</w:t>
      </w:r>
    </w:p>
    <w:p w:rsidR="00CE2826" w:rsidRDefault="006A791B">
      <w:r>
        <w:rPr>
          <w:rFonts w:cs="Times New Roman"/>
        </w:rPr>
        <w:t>11.1. Для подготовки и исполнения договора могут обрабатываться полное имя, дата рождения, адрес, статус стороны, ИНН, реквизиты документа и сведения о полномочиях.</w:t>
      </w:r>
    </w:p>
    <w:p w:rsidR="00CE2826" w:rsidRDefault="006A791B">
      <w:r>
        <w:rPr>
          <w:rFonts w:cs="Times New Roman"/>
        </w:rPr>
        <w:t>11.2. Для договора с организацией обрабатываются данные руководителя, подписанта, конт</w:t>
      </w:r>
      <w:r>
        <w:rPr>
          <w:rFonts w:cs="Times New Roman"/>
        </w:rPr>
        <w:t>актного и ответственного лица в пределах их служебной роли.</w:t>
      </w:r>
    </w:p>
    <w:p w:rsidR="00CE2826" w:rsidRDefault="006A791B">
      <w:r>
        <w:rPr>
          <w:rFonts w:cs="Times New Roman"/>
        </w:rPr>
        <w:t>11.3. Для выставления счета и учета оплаты используются платежные реквизиты, назначение, сумма, дата, статус платежа и сведения плательщика, поступившие оператору законным способом.</w:t>
      </w:r>
    </w:p>
    <w:p w:rsidR="00CE2826" w:rsidRDefault="006A791B">
      <w:r>
        <w:rPr>
          <w:rFonts w:cs="Times New Roman"/>
        </w:rPr>
        <w:t>11.4. Реквизит</w:t>
      </w:r>
      <w:r>
        <w:rPr>
          <w:rFonts w:cs="Times New Roman"/>
        </w:rPr>
        <w:t>ы банковской карты не собираются оператором через общую форму и не сохраняются оператором при использовании страницы платежной организации.</w:t>
      </w:r>
    </w:p>
    <w:p w:rsidR="00CE2826" w:rsidRDefault="006A791B">
      <w:r>
        <w:rPr>
          <w:rFonts w:cs="Times New Roman"/>
        </w:rPr>
        <w:t>11.5. Для возврата могут обрабатываться заявление, реквизиты получателя, сведения о платеже и иные данные, которые о</w:t>
      </w:r>
      <w:r>
        <w:rPr>
          <w:rFonts w:cs="Times New Roman"/>
        </w:rPr>
        <w:t>бъективно требуются банку, налоговому или бухгалтерскому учету.</w:t>
      </w:r>
    </w:p>
    <w:p w:rsidR="00CE2826" w:rsidRDefault="006A791B">
      <w:r>
        <w:rPr>
          <w:rFonts w:cs="Times New Roman"/>
        </w:rPr>
        <w:t>11.6. Состав договорных данных зависит от статуса стороны и не применяется автоматически ко всем посетителям сайта.</w:t>
      </w:r>
    </w:p>
    <w:p w:rsidR="00CE2826" w:rsidRDefault="006A791B">
      <w:r>
        <w:rPr>
          <w:rFonts w:cs="Times New Roman"/>
        </w:rPr>
        <w:t>11.7. Документы, подтверждающие хозяйственную операцию, хранятся в обязатель</w:t>
      </w:r>
      <w:r>
        <w:rPr>
          <w:rFonts w:cs="Times New Roman"/>
        </w:rPr>
        <w:t>ные сроки независимо от отзыва согласия, если их обработка основана на законе.</w:t>
      </w:r>
    </w:p>
    <w:p w:rsidR="00CE2826" w:rsidRDefault="006A791B">
      <w:pPr>
        <w:keepNext/>
        <w:spacing w:before="120"/>
        <w:jc w:val="center"/>
      </w:pPr>
      <w:r>
        <w:rPr>
          <w:rFonts w:cs="Times New Roman"/>
          <w:b/>
        </w:rPr>
        <w:t>12. ЦЕЛЬ РАБОТЫ САЙТА И ОБЕСПЕЧЕНИЕ БЕЗОПАСНОСТИ</w:t>
      </w:r>
    </w:p>
    <w:p w:rsidR="00CE2826" w:rsidRDefault="006A791B">
      <w:r>
        <w:rPr>
          <w:rFonts w:cs="Times New Roman"/>
        </w:rPr>
        <w:t>12.1. Целью является предоставление запрошенной страницы, сохранение необходимых настроек и защита сайта от несанкционированного</w:t>
      </w:r>
      <w:r>
        <w:rPr>
          <w:rFonts w:cs="Times New Roman"/>
        </w:rPr>
        <w:t xml:space="preserve"> доступа и вредоносной активности.</w:t>
      </w:r>
    </w:p>
    <w:p w:rsidR="00CE2826" w:rsidRDefault="006A791B">
      <w:r>
        <w:rPr>
          <w:rFonts w:cs="Times New Roman"/>
        </w:rPr>
        <w:t>12.2. Субъектами являются посетители, заявители и лица, взаимодействующие с технической инфраструктурой сайта.</w:t>
      </w:r>
    </w:p>
    <w:p w:rsidR="00CE2826" w:rsidRDefault="006A791B">
      <w:r>
        <w:rPr>
          <w:rFonts w:cs="Times New Roman"/>
        </w:rPr>
        <w:t>12.3. Обрабатываются технические сведения, перечисленные в настоящей Политике, без намеренного включения содер</w:t>
      </w:r>
      <w:r>
        <w:rPr>
          <w:rFonts w:cs="Times New Roman"/>
        </w:rPr>
        <w:t>жимого полей формы.</w:t>
      </w:r>
    </w:p>
    <w:p w:rsidR="00CE2826" w:rsidRDefault="006A791B">
      <w:r>
        <w:rPr>
          <w:rFonts w:cs="Times New Roman"/>
        </w:rPr>
        <w:t>12.4. Правовыми основаниями являются законный интерес оператора обеспечить работоспособность и безопасность ресурса, исполнение обязанностей по защите информации и действия по запросу пользователя.</w:t>
      </w:r>
    </w:p>
    <w:p w:rsidR="00CE2826" w:rsidRDefault="006A791B">
      <w:r>
        <w:rPr>
          <w:rFonts w:cs="Times New Roman"/>
        </w:rPr>
        <w:t>12.5. Выполняются сбор, запись, систем</w:t>
      </w:r>
      <w:r>
        <w:rPr>
          <w:rFonts w:cs="Times New Roman"/>
        </w:rPr>
        <w:t>атизация, накопление, хранение, уточнение, сопоставление технических событий, использование, блокирование, удаление и уничтожение.</w:t>
      </w:r>
    </w:p>
    <w:p w:rsidR="00CE2826" w:rsidRDefault="006A791B">
      <w:r>
        <w:rPr>
          <w:rFonts w:cs="Times New Roman"/>
        </w:rPr>
        <w:t>12.6. Обычные журналы безопасности хранятся до двенадцати месяцев, если инцидент, спор или обязательное требование не требует</w:t>
      </w:r>
      <w:r>
        <w:rPr>
          <w:rFonts w:cs="Times New Roman"/>
        </w:rPr>
        <w:t xml:space="preserve"> более длительного хранения.</w:t>
      </w:r>
    </w:p>
    <w:p w:rsidR="00CE2826" w:rsidRDefault="006A791B">
      <w:r>
        <w:rPr>
          <w:rFonts w:cs="Times New Roman"/>
        </w:rPr>
        <w:t>12.7. Доступ предоставляется техническому администратору и поставщику инфраструктуры только в объеме, необходимом для эксплуатации и защиты.</w:t>
      </w:r>
    </w:p>
    <w:p w:rsidR="00CE2826" w:rsidRDefault="006A791B">
      <w:pPr>
        <w:keepNext/>
        <w:spacing w:before="120"/>
        <w:jc w:val="center"/>
      </w:pPr>
      <w:r>
        <w:rPr>
          <w:rFonts w:cs="Times New Roman"/>
          <w:b/>
        </w:rPr>
        <w:t>13. ЦЕЛЬ РАССМОТРЕНИЯ ЗАЯВКИ</w:t>
      </w:r>
    </w:p>
    <w:p w:rsidR="00CE2826" w:rsidRDefault="006A791B">
      <w:r>
        <w:rPr>
          <w:rFonts w:cs="Times New Roman"/>
        </w:rPr>
        <w:t xml:space="preserve">13.1. Целью является идентификация обращения, связь с </w:t>
      </w:r>
      <w:r>
        <w:rPr>
          <w:rFonts w:cs="Times New Roman"/>
        </w:rPr>
        <w:t>заявителем, уточнение задачи, предварительная оценка возможности работы и подготовка индивидуального предложения.</w:t>
      </w:r>
    </w:p>
    <w:p w:rsidR="00CE2826" w:rsidRDefault="006A791B">
      <w:r>
        <w:rPr>
          <w:rFonts w:cs="Times New Roman"/>
        </w:rPr>
        <w:t>13.2. Субъектами являются заявители, потенциальные заказчики и представители организаций.</w:t>
      </w:r>
    </w:p>
    <w:p w:rsidR="00CE2826" w:rsidRDefault="006A791B">
      <w:r>
        <w:rPr>
          <w:rFonts w:cs="Times New Roman"/>
        </w:rPr>
        <w:t>13.3. Обрабатываются данные формы, переписки и выбра</w:t>
      </w:r>
      <w:r>
        <w:rPr>
          <w:rFonts w:cs="Times New Roman"/>
        </w:rPr>
        <w:t>нного канала связи без обязательного сбора договорных и учебных документов.</w:t>
      </w:r>
    </w:p>
    <w:p w:rsidR="00CE2826" w:rsidRDefault="006A791B">
      <w:r>
        <w:rPr>
          <w:rFonts w:cs="Times New Roman"/>
        </w:rPr>
        <w:t>13.4. Основаниями являются отдельное согласие и действия по запросу субъекта до заключения договора.</w:t>
      </w:r>
    </w:p>
    <w:p w:rsidR="00CE2826" w:rsidRDefault="006A791B">
      <w:r>
        <w:rPr>
          <w:rFonts w:cs="Times New Roman"/>
        </w:rPr>
        <w:t>13.5. Выполняются сбор, запись, систематизация, накопление, хранение, уточнение</w:t>
      </w:r>
      <w:r>
        <w:rPr>
          <w:rFonts w:cs="Times New Roman"/>
        </w:rPr>
        <w:t>, извлечение, использование, передача внутри уполномоченной команды, блокирование, удаление и уничтожение.</w:t>
      </w:r>
    </w:p>
    <w:p w:rsidR="00CE2826" w:rsidRDefault="006A791B">
      <w:r>
        <w:rPr>
          <w:rFonts w:cs="Times New Roman"/>
        </w:rPr>
        <w:lastRenderedPageBreak/>
        <w:t xml:space="preserve">13.6. Заявка, по которой договор не заключен, хранится до окончания общения и не более двенадцати месяцев после последнего содержательного контакта, </w:t>
      </w:r>
      <w:r>
        <w:rPr>
          <w:rFonts w:cs="Times New Roman"/>
        </w:rPr>
        <w:t>если отсутствует спор или другое основание.</w:t>
      </w:r>
    </w:p>
    <w:p w:rsidR="00CE2826" w:rsidRDefault="006A791B">
      <w:r>
        <w:rPr>
          <w:rFonts w:cs="Times New Roman"/>
        </w:rPr>
        <w:t>13.7. Отзыв согласия прекращает дальнейшее использование заявки для этой цели, если ее хранение не требуется для защиты права или исполнения закона.</w:t>
      </w:r>
    </w:p>
    <w:p w:rsidR="00CE2826" w:rsidRDefault="006A791B">
      <w:pPr>
        <w:keepNext/>
        <w:spacing w:before="120"/>
        <w:jc w:val="center"/>
      </w:pPr>
      <w:r>
        <w:rPr>
          <w:rFonts w:cs="Times New Roman"/>
          <w:b/>
        </w:rPr>
        <w:t>14. ЦЕЛЬ ЗАКЛЮЧЕНИЯ И ИСПОЛНЕНИЯ ДОГОВОРА</w:t>
      </w:r>
    </w:p>
    <w:p w:rsidR="00CE2826" w:rsidRDefault="006A791B">
      <w:r>
        <w:rPr>
          <w:rFonts w:cs="Times New Roman"/>
        </w:rPr>
        <w:t xml:space="preserve">14.1. Целью является </w:t>
      </w:r>
      <w:r>
        <w:rPr>
          <w:rFonts w:cs="Times New Roman"/>
        </w:rPr>
        <w:t>согласование, заключение, исполнение, изменение и прекращение отдельного договора, прием оплаты и предоставление результата.</w:t>
      </w:r>
    </w:p>
    <w:p w:rsidR="00CE2826" w:rsidRDefault="006A791B">
      <w:r>
        <w:rPr>
          <w:rFonts w:cs="Times New Roman"/>
        </w:rPr>
        <w:t>14.2. Субъектами являются заказчики, обучающиеся, плательщики, представители и контактные лица сторон.</w:t>
      </w:r>
    </w:p>
    <w:p w:rsidR="00CE2826" w:rsidRDefault="006A791B">
      <w:r>
        <w:rPr>
          <w:rFonts w:cs="Times New Roman"/>
        </w:rPr>
        <w:t>14.3. Обрабатываются идентиф</w:t>
      </w:r>
      <w:r>
        <w:rPr>
          <w:rFonts w:cs="Times New Roman"/>
        </w:rPr>
        <w:t>икационные, контактные, договорные, платежные, учебные и проектные данные в объеме, необходимом для конкретного договора.</w:t>
      </w:r>
    </w:p>
    <w:p w:rsidR="00CE2826" w:rsidRDefault="006A791B">
      <w:r>
        <w:rPr>
          <w:rFonts w:cs="Times New Roman"/>
        </w:rPr>
        <w:t>14.4. Основаниями являются заключение и исполнение договора, стороной, выгодоприобретателем или поручителем по которому является субъе</w:t>
      </w:r>
      <w:r>
        <w:rPr>
          <w:rFonts w:cs="Times New Roman"/>
        </w:rPr>
        <w:t>кт, а также обязанности, установленные законом.</w:t>
      </w:r>
    </w:p>
    <w:p w:rsidR="00CE2826" w:rsidRDefault="006A791B">
      <w:r>
        <w:rPr>
          <w:rFonts w:cs="Times New Roman"/>
        </w:rPr>
        <w:t>14.5. Согласие не используется как единственное основание для тех операций, которые после отзыва должны продолжаться в силу договора, бухгалтерского, налогового или образовательного законодательства.</w:t>
      </w:r>
    </w:p>
    <w:p w:rsidR="00CE2826" w:rsidRDefault="006A791B">
      <w:r>
        <w:rPr>
          <w:rFonts w:cs="Times New Roman"/>
        </w:rPr>
        <w:t>14.6. Да</w:t>
      </w:r>
      <w:r>
        <w:rPr>
          <w:rFonts w:cs="Times New Roman"/>
        </w:rPr>
        <w:t>нные используются только для согласованного предмета и обязательного учета и не включаются в рекламу без отдельного согласия.</w:t>
      </w:r>
    </w:p>
    <w:p w:rsidR="00CE2826" w:rsidRDefault="006A791B">
      <w:r>
        <w:rPr>
          <w:rFonts w:cs="Times New Roman"/>
        </w:rPr>
        <w:t>14.7. Сроки определяются договором, обязательным хранением, сроком защиты прав и соответствующими разделами настоящей Политики.</w:t>
      </w:r>
    </w:p>
    <w:p w:rsidR="00CE2826" w:rsidRDefault="006A791B">
      <w:pPr>
        <w:keepNext/>
        <w:spacing w:before="120"/>
        <w:jc w:val="center"/>
      </w:pPr>
      <w:r>
        <w:rPr>
          <w:rFonts w:cs="Times New Roman"/>
          <w:b/>
        </w:rPr>
        <w:t>15</w:t>
      </w:r>
      <w:r>
        <w:rPr>
          <w:rFonts w:cs="Times New Roman"/>
          <w:b/>
        </w:rPr>
        <w:t>. ЦЕЛЬ ОРГАНИЗАЦИИ ОБУЧЕНИЯ</w:t>
      </w:r>
    </w:p>
    <w:p w:rsidR="00CE2826" w:rsidRDefault="006A791B">
      <w:r>
        <w:rPr>
          <w:rFonts w:cs="Times New Roman"/>
        </w:rPr>
        <w:t>15.1. Целью является подбор программы, оформление отношений, зачисление, проведение обучения, аттестация, выдача документа и обязательный учет результата.</w:t>
      </w:r>
    </w:p>
    <w:p w:rsidR="00CE2826" w:rsidRDefault="006A791B">
      <w:r>
        <w:rPr>
          <w:rFonts w:cs="Times New Roman"/>
        </w:rPr>
        <w:t>15.2. Субъектами являются обучающиеся, законные представители, представит</w:t>
      </w:r>
      <w:r>
        <w:rPr>
          <w:rFonts w:cs="Times New Roman"/>
        </w:rPr>
        <w:t>ели заказчика и преподаватели в части взаимодействия с программой.</w:t>
      </w:r>
    </w:p>
    <w:p w:rsidR="00CE2826" w:rsidRDefault="006A791B">
      <w:r>
        <w:rPr>
          <w:rFonts w:cs="Times New Roman"/>
        </w:rPr>
        <w:t>15.3. Обрабатываются сведения, перечисленные в разделе о данных для обучения, только применительно к фактически выбранной программе.</w:t>
      </w:r>
    </w:p>
    <w:p w:rsidR="00CE2826" w:rsidRDefault="006A791B">
      <w:r>
        <w:rPr>
          <w:rFonts w:cs="Times New Roman"/>
        </w:rPr>
        <w:t xml:space="preserve">15.4. Основаниями являются договор, согласие для </w:t>
      </w:r>
      <w:r>
        <w:rPr>
          <w:rFonts w:cs="Times New Roman"/>
        </w:rPr>
        <w:t>дополнительных операций, Федеральный закон № 273-ФЗ и иные обязательные нормы образовательного законодательства.</w:t>
      </w:r>
    </w:p>
    <w:p w:rsidR="00CE2826" w:rsidRDefault="006A791B">
      <w:r>
        <w:rPr>
          <w:rFonts w:cs="Times New Roman"/>
        </w:rPr>
        <w:t>15.5. Выполняются сбор, запись, систематизация, накопление, хранение, уточнение, использование, формирование учебных документов, передача в обя</w:t>
      </w:r>
      <w:r>
        <w:rPr>
          <w:rFonts w:cs="Times New Roman"/>
        </w:rPr>
        <w:t>зательные государственные системы, блокирование и уничтожение.</w:t>
      </w:r>
    </w:p>
    <w:p w:rsidR="00CE2826" w:rsidRDefault="006A791B">
      <w:r>
        <w:rPr>
          <w:rFonts w:cs="Times New Roman"/>
        </w:rPr>
        <w:t>15.6. Передача в ФИС ФРДО или иную обязательную систему выполняется только в составе и порядке, установленных применимыми требованиями.</w:t>
      </w:r>
    </w:p>
    <w:p w:rsidR="00CE2826" w:rsidRDefault="006A791B">
      <w:r>
        <w:rPr>
          <w:rFonts w:cs="Times New Roman"/>
        </w:rPr>
        <w:t>15.7. Сроки хранения учебных документов определяются их в</w:t>
      </w:r>
      <w:r>
        <w:rPr>
          <w:rFonts w:cs="Times New Roman"/>
        </w:rPr>
        <w:t>идом, законодательством об образовании и архивном деле, номенклатурой дел и отдельным договором.</w:t>
      </w:r>
    </w:p>
    <w:p w:rsidR="00CE2826" w:rsidRDefault="006A791B">
      <w:r>
        <w:rPr>
          <w:rFonts w:cs="Times New Roman"/>
        </w:rPr>
        <w:t>15.8. Если продукт не относится к образовательной программе, данные не включаются в образовательную отчетность только из-за использования слова «курс» в реклам</w:t>
      </w:r>
      <w:r>
        <w:rPr>
          <w:rFonts w:cs="Times New Roman"/>
        </w:rPr>
        <w:t>е.</w:t>
      </w:r>
    </w:p>
    <w:p w:rsidR="00CE2826" w:rsidRDefault="006A791B">
      <w:pPr>
        <w:keepNext/>
        <w:spacing w:before="120"/>
        <w:jc w:val="center"/>
      </w:pPr>
      <w:r>
        <w:rPr>
          <w:rFonts w:cs="Times New Roman"/>
          <w:b/>
        </w:rPr>
        <w:t>16. ЦЕЛЬ ОКАЗАНИЯ ЮРИДИЧЕСКИХ УСЛУГ</w:t>
      </w:r>
    </w:p>
    <w:p w:rsidR="00CE2826" w:rsidRDefault="006A791B">
      <w:r>
        <w:rPr>
          <w:rFonts w:cs="Times New Roman"/>
        </w:rPr>
        <w:t>16.1. Целью является оценка задачи, правовой анализ, подготовка документа, консультирование, сопровождение проекта и защита интересов в согласованных пределах.</w:t>
      </w:r>
    </w:p>
    <w:p w:rsidR="00CE2826" w:rsidRDefault="006A791B">
      <w:r>
        <w:rPr>
          <w:rFonts w:cs="Times New Roman"/>
        </w:rPr>
        <w:t>16.2. Субъектами являются заказчики, их представители и т</w:t>
      </w:r>
      <w:r>
        <w:rPr>
          <w:rFonts w:cs="Times New Roman"/>
        </w:rPr>
        <w:t>ретьи лица, данные которых законно содержатся в материалах.</w:t>
      </w:r>
    </w:p>
    <w:p w:rsidR="00CE2826" w:rsidRDefault="006A791B">
      <w:r>
        <w:rPr>
          <w:rFonts w:cs="Times New Roman"/>
        </w:rPr>
        <w:t>16.3. Обрабатываются данные, относящиеся к предмету поручения, без создания общей базы третьих лиц для самостоятельного продвижения.</w:t>
      </w:r>
    </w:p>
    <w:p w:rsidR="00CE2826" w:rsidRDefault="006A791B">
      <w:r>
        <w:rPr>
          <w:rFonts w:cs="Times New Roman"/>
        </w:rPr>
        <w:lastRenderedPageBreak/>
        <w:t xml:space="preserve">16.4. Основаниями являются договор, согласие в необходимых </w:t>
      </w:r>
      <w:r>
        <w:rPr>
          <w:rFonts w:cs="Times New Roman"/>
        </w:rPr>
        <w:t>случаях, осуществление или защита прав и иные основания, предусмотренные статьей 6 Федерального закона № 152-ФЗ.</w:t>
      </w:r>
    </w:p>
    <w:p w:rsidR="00CE2826" w:rsidRDefault="006A791B">
      <w:r>
        <w:rPr>
          <w:rFonts w:cs="Times New Roman"/>
        </w:rPr>
        <w:t>16.5. Специальные категории и биометрические данные обрабатываются только при наличии отдельного основания, предусмотренного статьями 10 и 11 Ф</w:t>
      </w:r>
      <w:r>
        <w:rPr>
          <w:rFonts w:cs="Times New Roman"/>
        </w:rPr>
        <w:t>едерального закона № 152-ФЗ.</w:t>
      </w:r>
    </w:p>
    <w:p w:rsidR="00CE2826" w:rsidRDefault="006A791B">
      <w:r>
        <w:rPr>
          <w:rFonts w:cs="Times New Roman"/>
        </w:rPr>
        <w:t>16.6. Материалы проекта хранятся в течение исполнения договора и до трех лет после его завершения, если договор, закон, продолжающийся спор или обязанность вернуть либо уничтожить материалы не устанавливают иной срок.</w:t>
      </w:r>
    </w:p>
    <w:p w:rsidR="00CE2826" w:rsidRDefault="006A791B">
      <w:r>
        <w:rPr>
          <w:rFonts w:cs="Times New Roman"/>
        </w:rPr>
        <w:t>16.7. Раб</w:t>
      </w:r>
      <w:r>
        <w:rPr>
          <w:rFonts w:cs="Times New Roman"/>
        </w:rPr>
        <w:t>очая копия удаляется после истечения срока, а обязательные учетные и доказательственные документы сохраняются отдельно в минимальном составе.</w:t>
      </w:r>
    </w:p>
    <w:p w:rsidR="00CE2826" w:rsidRDefault="006A791B">
      <w:pPr>
        <w:keepNext/>
        <w:spacing w:before="120"/>
        <w:jc w:val="center"/>
      </w:pPr>
      <w:r>
        <w:rPr>
          <w:rFonts w:cs="Times New Roman"/>
          <w:b/>
        </w:rPr>
        <w:t>17. ЦЕЛЬ НАПРАВЛЕНИЯ ЗАЯВКИ ПО ПЛАТФОРМЕ</w:t>
      </w:r>
    </w:p>
    <w:p w:rsidR="00CE2826" w:rsidRDefault="006A791B">
      <w:r>
        <w:rPr>
          <w:rFonts w:cs="Times New Roman"/>
        </w:rPr>
        <w:t>17.1. Целью является организация демонстрации, консультации по функционал</w:t>
      </w:r>
      <w:r>
        <w:rPr>
          <w:rFonts w:cs="Times New Roman"/>
        </w:rPr>
        <w:t>ьности, тарифам и подключению к платформе LISRENT.</w:t>
      </w:r>
    </w:p>
    <w:p w:rsidR="00CE2826" w:rsidRDefault="006A791B">
      <w:r>
        <w:rPr>
          <w:rFonts w:cs="Times New Roman"/>
        </w:rPr>
        <w:t>17.2. Субъектами являются заявители и представители организаций, которые выбрали платформенное направление.</w:t>
      </w:r>
    </w:p>
    <w:p w:rsidR="00CE2826" w:rsidRDefault="006A791B">
      <w:r>
        <w:rPr>
          <w:rFonts w:cs="Times New Roman"/>
        </w:rPr>
        <w:t>17.3. Обрабатываются имя, контакты, предпочтительный способ связи, регион, организация и описание</w:t>
      </w:r>
      <w:r>
        <w:rPr>
          <w:rFonts w:cs="Times New Roman"/>
        </w:rPr>
        <w:t xml:space="preserve"> платформенной задачи.</w:t>
      </w:r>
    </w:p>
    <w:p w:rsidR="00CE2826" w:rsidRDefault="006A791B">
      <w:r>
        <w:rPr>
          <w:rFonts w:cs="Times New Roman"/>
        </w:rPr>
        <w:t>17.4. Основанием передачи самостоятельному получателю является отдельное информированное согласие либо иное прямо применимое основание, которое позволяет подтвердить волеизъявление заявителя.</w:t>
      </w:r>
    </w:p>
    <w:p w:rsidR="00CE2826" w:rsidRDefault="006A791B">
      <w:r>
        <w:rPr>
          <w:rFonts w:cs="Times New Roman"/>
        </w:rPr>
        <w:t>17.5. Получателем может быть ИП Сычев Евг</w:t>
      </w:r>
      <w:r>
        <w:rPr>
          <w:rFonts w:cs="Times New Roman"/>
        </w:rPr>
        <w:t>ений Вадимович, ИНН 421415966679, ОГРНИП 323420500074490, Кемеровская область, город Междуреченск, контакт lisrent.online@yandex.com.</w:t>
      </w:r>
    </w:p>
    <w:p w:rsidR="00CE2826" w:rsidRDefault="006A791B">
      <w:r>
        <w:rPr>
          <w:rFonts w:cs="Times New Roman"/>
        </w:rPr>
        <w:t>17.6. ИП Сычев Евгений Вадимович становится самостоятельным оператором полученной платформенной заявки в пределах определя</w:t>
      </w:r>
      <w:r>
        <w:rPr>
          <w:rFonts w:cs="Times New Roman"/>
        </w:rPr>
        <w:t>емых им целей и не является оператором всех данных сайта.</w:t>
      </w:r>
    </w:p>
    <w:p w:rsidR="00CE2826" w:rsidRDefault="006A791B">
      <w:r>
        <w:rPr>
          <w:rFonts w:cs="Times New Roman"/>
        </w:rPr>
        <w:t>17.7. Заявки на обучение и юридические услуги не передаются получателю платформенного направления без самостоятельной необходимости.</w:t>
      </w:r>
    </w:p>
    <w:p w:rsidR="00CE2826" w:rsidRDefault="006A791B">
      <w:r>
        <w:rPr>
          <w:rFonts w:cs="Times New Roman"/>
        </w:rPr>
        <w:t>17.8. После перехода на https://lisrent.online применяются докуме</w:t>
      </w:r>
      <w:r>
        <w:rPr>
          <w:rFonts w:cs="Times New Roman"/>
        </w:rPr>
        <w:t>нты платформы, включая самостоятельные согласия и договорные условия.</w:t>
      </w:r>
    </w:p>
    <w:p w:rsidR="00CE2826" w:rsidRDefault="006A791B">
      <w:pPr>
        <w:keepNext/>
        <w:spacing w:before="120"/>
        <w:jc w:val="center"/>
      </w:pPr>
      <w:r>
        <w:rPr>
          <w:rFonts w:cs="Times New Roman"/>
          <w:b/>
        </w:rPr>
        <w:t>18. ЦЕЛЬ СЕРВИСНОГО ВЗАИМОДЕЙСТВИЯ</w:t>
      </w:r>
    </w:p>
    <w:p w:rsidR="00CE2826" w:rsidRDefault="006A791B">
      <w:r>
        <w:rPr>
          <w:rFonts w:cs="Times New Roman"/>
        </w:rPr>
        <w:t>18.1. Целью является направление ответа, проекта договора, счета, расписания, материалов, уведомления о безопасности и иной информации по заявке или до</w:t>
      </w:r>
      <w:r>
        <w:rPr>
          <w:rFonts w:cs="Times New Roman"/>
        </w:rPr>
        <w:t>говору.</w:t>
      </w:r>
    </w:p>
    <w:p w:rsidR="00CE2826" w:rsidRDefault="006A791B">
      <w:r>
        <w:rPr>
          <w:rFonts w:cs="Times New Roman"/>
        </w:rPr>
        <w:t>18.2. Субъектами являются заявители, заказчики, обучающиеся и представители организаций.</w:t>
      </w:r>
    </w:p>
    <w:p w:rsidR="00CE2826" w:rsidRDefault="006A791B">
      <w:r>
        <w:rPr>
          <w:rFonts w:cs="Times New Roman"/>
        </w:rPr>
        <w:t>18.3. Обрабатываются контактные данные, выбранный канал, содержание сообщения и статус доставки в необходимом объеме.</w:t>
      </w:r>
    </w:p>
    <w:p w:rsidR="00CE2826" w:rsidRDefault="006A791B">
      <w:r>
        <w:rPr>
          <w:rFonts w:cs="Times New Roman"/>
        </w:rPr>
        <w:t>18.4. Основаниями являются действия по за</w:t>
      </w:r>
      <w:r>
        <w:rPr>
          <w:rFonts w:cs="Times New Roman"/>
        </w:rPr>
        <w:t>просу субъекта, договор и обязанности оператора.</w:t>
      </w:r>
    </w:p>
    <w:p w:rsidR="00CE2826" w:rsidRDefault="006A791B">
      <w:r>
        <w:rPr>
          <w:rFonts w:cs="Times New Roman"/>
        </w:rPr>
        <w:t>18.5. Сервисное сообщение не используется для сокрытия рекламы и содержит только информацию, непосредственно связанную с заявкой, договором или безопасностью.</w:t>
      </w:r>
    </w:p>
    <w:p w:rsidR="00CE2826" w:rsidRDefault="006A791B">
      <w:r>
        <w:rPr>
          <w:rFonts w:cs="Times New Roman"/>
        </w:rPr>
        <w:t>18.6. Оператор прекращает использование недостов</w:t>
      </w:r>
      <w:r>
        <w:rPr>
          <w:rFonts w:cs="Times New Roman"/>
        </w:rPr>
        <w:t>ерного контакта после подтверждения ошибки и актуализирует маршрут сообщений.</w:t>
      </w:r>
    </w:p>
    <w:p w:rsidR="00CE2826" w:rsidRDefault="006A791B">
      <w:r>
        <w:rPr>
          <w:rFonts w:cs="Times New Roman"/>
        </w:rPr>
        <w:t>18.7. Переписка хранится вместе с соответствующей заявкой или проектом в срок, установленный для основной цели.</w:t>
      </w:r>
    </w:p>
    <w:p w:rsidR="00CE2826" w:rsidRDefault="006A791B">
      <w:pPr>
        <w:keepNext/>
        <w:spacing w:before="120"/>
        <w:jc w:val="center"/>
      </w:pPr>
      <w:r>
        <w:rPr>
          <w:rFonts w:cs="Times New Roman"/>
          <w:b/>
        </w:rPr>
        <w:t>19. ЦЕЛЬ РЕКЛАМНЫХ СООБЩЕНИЙ</w:t>
      </w:r>
    </w:p>
    <w:p w:rsidR="00CE2826" w:rsidRDefault="006A791B">
      <w:r>
        <w:rPr>
          <w:rFonts w:cs="Times New Roman"/>
        </w:rPr>
        <w:t>19.1. Целью является информирование о</w:t>
      </w:r>
      <w:r>
        <w:rPr>
          <w:rFonts w:cs="Times New Roman"/>
        </w:rPr>
        <w:t xml:space="preserve"> курсах, мероприятиях, юридических услугах, платформе и специальных предложениях, направленное на продвижение соответствующих продуктов.</w:t>
      </w:r>
    </w:p>
    <w:p w:rsidR="00CE2826" w:rsidRDefault="006A791B">
      <w:r>
        <w:rPr>
          <w:rFonts w:cs="Times New Roman"/>
        </w:rPr>
        <w:t>19.2. Субъектами являются лица, предоставившие отдельное предварительное согласие на получение рекламы.</w:t>
      </w:r>
    </w:p>
    <w:p w:rsidR="00CE2826" w:rsidRDefault="006A791B">
      <w:r>
        <w:rPr>
          <w:rFonts w:cs="Times New Roman"/>
        </w:rPr>
        <w:lastRenderedPageBreak/>
        <w:t>19.3. Обрабатыв</w:t>
      </w:r>
      <w:r>
        <w:rPr>
          <w:rFonts w:cs="Times New Roman"/>
        </w:rPr>
        <w:t>аются имя, контакт, выбранный канал, категории интереса, факт и дата согласия, факт отказа и технические сведения доставки.</w:t>
      </w:r>
    </w:p>
    <w:p w:rsidR="00CE2826" w:rsidRDefault="006A791B">
      <w:r>
        <w:rPr>
          <w:rFonts w:cs="Times New Roman"/>
        </w:rPr>
        <w:t>19.4. Основаниями являются отдельное согласие на обработку данных для рекламы и предварительное согласие адресата, предусмотренное с</w:t>
      </w:r>
      <w:r>
        <w:rPr>
          <w:rFonts w:cs="Times New Roman"/>
        </w:rPr>
        <w:t>татьей 18 Федерального закона № 38-ФЗ.</w:t>
      </w:r>
    </w:p>
    <w:p w:rsidR="00CE2826" w:rsidRDefault="006A791B">
      <w:r>
        <w:rPr>
          <w:rFonts w:cs="Times New Roman"/>
        </w:rPr>
        <w:t>19.5. Рекламное согласие не устанавливается заранее, не включается в обязательное согласие по форме и не является условием получения ответа или заключения договора.</w:t>
      </w:r>
    </w:p>
    <w:p w:rsidR="00CE2826" w:rsidRDefault="006A791B">
      <w:r>
        <w:rPr>
          <w:rFonts w:cs="Times New Roman"/>
        </w:rPr>
        <w:t>19.6. Рассылка продолжается до отзыва, окончания ука</w:t>
      </w:r>
      <w:r>
        <w:rPr>
          <w:rFonts w:cs="Times New Roman"/>
        </w:rPr>
        <w:t>занного в согласии срока или прекращения соответствующего канала, в зависимости от того, что наступит раньше.</w:t>
      </w:r>
    </w:p>
    <w:p w:rsidR="00CE2826" w:rsidRDefault="006A791B">
      <w:r>
        <w:rPr>
          <w:rFonts w:cs="Times New Roman"/>
        </w:rPr>
        <w:t xml:space="preserve">19.7. После требования адресата рекламные сообщения по соответствующему контакту прекращаются незамедлительно; минимальная запись об отказе </w:t>
      </w:r>
      <w:r>
        <w:rPr>
          <w:rFonts w:cs="Times New Roman"/>
        </w:rPr>
        <w:t>сохраняется для предотвращения повторной рассылки.</w:t>
      </w:r>
    </w:p>
    <w:p w:rsidR="00CE2826" w:rsidRDefault="006A791B">
      <w:r>
        <w:rPr>
          <w:rFonts w:cs="Times New Roman"/>
        </w:rPr>
        <w:t>19.8. Сервисные сообщения по действующему договору могут продолжаться независимо от отказа от рекламы.</w:t>
      </w:r>
    </w:p>
    <w:p w:rsidR="00CE2826" w:rsidRDefault="006A791B">
      <w:pPr>
        <w:keepNext/>
        <w:spacing w:before="120"/>
        <w:jc w:val="center"/>
      </w:pPr>
      <w:r>
        <w:rPr>
          <w:rFonts w:cs="Times New Roman"/>
          <w:b/>
        </w:rPr>
        <w:t>20. ЦЕЛЬ АНАЛИТИКИ САЙТА</w:t>
      </w:r>
    </w:p>
    <w:p w:rsidR="00CE2826" w:rsidRDefault="006A791B">
      <w:r>
        <w:rPr>
          <w:rFonts w:cs="Times New Roman"/>
        </w:rPr>
        <w:t>20.1. Целью является оценка посещаемости, обнаружение ошибок, улучшение струк</w:t>
      </w:r>
      <w:r>
        <w:rPr>
          <w:rFonts w:cs="Times New Roman"/>
        </w:rPr>
        <w:t>туры страниц и удобства формы.</w:t>
      </w:r>
    </w:p>
    <w:p w:rsidR="00CE2826" w:rsidRDefault="006A791B">
      <w:r>
        <w:rPr>
          <w:rFonts w:cs="Times New Roman"/>
        </w:rPr>
        <w:t>20.2. Субъектами являются посетители, которые предоставили отдельное согласие на необязательную аналитику.</w:t>
      </w:r>
    </w:p>
    <w:p w:rsidR="00CE2826" w:rsidRDefault="006A791B">
      <w:r>
        <w:rPr>
          <w:rFonts w:cs="Times New Roman"/>
        </w:rPr>
        <w:t xml:space="preserve">20.3. Обрабатываются cookie, аналитические идентификаторы, события просмотра, источник перехода, параметры устройства </w:t>
      </w:r>
      <w:r>
        <w:rPr>
          <w:rFonts w:cs="Times New Roman"/>
        </w:rPr>
        <w:t>и обезличенные характеристики поведения.</w:t>
      </w:r>
    </w:p>
    <w:p w:rsidR="00CE2826" w:rsidRDefault="006A791B">
      <w:r>
        <w:rPr>
          <w:rFonts w:cs="Times New Roman"/>
        </w:rPr>
        <w:t>20.4. Основанием является активный выбор посетителя в интерфейсе cookie; продолжение просмотра без выбора не считается согласием.</w:t>
      </w:r>
    </w:p>
    <w:p w:rsidR="00CE2826" w:rsidRDefault="006A791B">
      <w:r>
        <w:rPr>
          <w:rFonts w:cs="Times New Roman"/>
        </w:rPr>
        <w:t xml:space="preserve">20.5. Яндекс Метрика и Вебвизор загружаются после согласия, а поля формы защищаются </w:t>
      </w:r>
      <w:r>
        <w:rPr>
          <w:rFonts w:cs="Times New Roman"/>
        </w:rPr>
        <w:t>от записи с использованием ym-disable-keys и ym-hide-content либо равноценных средств.</w:t>
      </w:r>
    </w:p>
    <w:p w:rsidR="00CE2826" w:rsidRDefault="006A791B">
      <w:r>
        <w:rPr>
          <w:rFonts w:cs="Times New Roman"/>
        </w:rPr>
        <w:t>20.6. Параметры Метрики не содержат имя, телефон, электронную почту, текст комментария, реквизиты и содержимое клиентских документов.</w:t>
      </w:r>
    </w:p>
    <w:p w:rsidR="00CE2826" w:rsidRDefault="006A791B">
      <w:r>
        <w:rPr>
          <w:rFonts w:cs="Times New Roman"/>
        </w:rPr>
        <w:t>20.7. Сроки аналитических идентифик</w:t>
      </w:r>
      <w:r>
        <w:rPr>
          <w:rFonts w:cs="Times New Roman"/>
        </w:rPr>
        <w:t>аторов определяются отдельным согласием и настройками сервиса; оператор не устанавливает срок дольше необходимого для заявленной аналитической цели.</w:t>
      </w:r>
    </w:p>
    <w:p w:rsidR="00CE2826" w:rsidRDefault="006A791B">
      <w:r>
        <w:rPr>
          <w:rFonts w:cs="Times New Roman"/>
        </w:rPr>
        <w:t>20.8. Посетитель может изменить выбор через настройку сайта или удалить cookie в браузере без ограничения д</w:t>
      </w:r>
      <w:r>
        <w:rPr>
          <w:rFonts w:cs="Times New Roman"/>
        </w:rPr>
        <w:t>оступа к общедоступной информации.</w:t>
      </w:r>
    </w:p>
    <w:p w:rsidR="00CE2826" w:rsidRDefault="006A791B">
      <w:pPr>
        <w:keepNext/>
        <w:spacing w:before="120"/>
        <w:jc w:val="center"/>
      </w:pPr>
      <w:r>
        <w:rPr>
          <w:rFonts w:cs="Times New Roman"/>
          <w:b/>
        </w:rPr>
        <w:t>21. ЦЕЛЬ ПУБЛИКАЦИИ ОТЗЫВОВ И РЕЗУЛЬТАТОВ</w:t>
      </w:r>
    </w:p>
    <w:p w:rsidR="00CE2826" w:rsidRDefault="006A791B">
      <w:r>
        <w:rPr>
          <w:rFonts w:cs="Times New Roman"/>
        </w:rPr>
        <w:t>21.1. Целью является размещение отзыва, изображения, должности, организации, результата обучения или описания проекта на сайте и согласованных ресурсах.</w:t>
      </w:r>
    </w:p>
    <w:p w:rsidR="00CE2826" w:rsidRDefault="006A791B">
      <w:r>
        <w:rPr>
          <w:rFonts w:cs="Times New Roman"/>
        </w:rPr>
        <w:t xml:space="preserve">21.2. Субъектами являются </w:t>
      </w:r>
      <w:r>
        <w:rPr>
          <w:rFonts w:cs="Times New Roman"/>
        </w:rPr>
        <w:t>авторы отзывов, обучающиеся, заказчики, представители и иные изображенные или упомянутые лица.</w:t>
      </w:r>
    </w:p>
    <w:p w:rsidR="00CE2826" w:rsidRDefault="006A791B">
      <w:r>
        <w:rPr>
          <w:rFonts w:cs="Times New Roman"/>
        </w:rPr>
        <w:t>21.3. Обрабатываются только сведения и материалы, прямо перечисленные в отдельном согласии.</w:t>
      </w:r>
    </w:p>
    <w:p w:rsidR="00CE2826" w:rsidRDefault="006A791B">
      <w:r>
        <w:rPr>
          <w:rFonts w:cs="Times New Roman"/>
        </w:rPr>
        <w:t>21.4. Если данные становятся доступными неопределенному кругу лиц, ос</w:t>
      </w:r>
      <w:r>
        <w:rPr>
          <w:rFonts w:cs="Times New Roman"/>
        </w:rPr>
        <w:t>нованием является отдельное согласие на обработку персональных данных, разрешенных для распространения, по статье 10.1 Федерального закона № 152-ФЗ.</w:t>
      </w:r>
    </w:p>
    <w:p w:rsidR="00CE2826" w:rsidRDefault="006A791B">
      <w:r>
        <w:rPr>
          <w:rFonts w:cs="Times New Roman"/>
        </w:rPr>
        <w:t>21.5. Обычное согласие на обработку, договор, участие в обучении или разрешение на съемку не заменяют согла</w:t>
      </w:r>
      <w:r>
        <w:rPr>
          <w:rFonts w:cs="Times New Roman"/>
        </w:rPr>
        <w:t>сие на распространение.</w:t>
      </w:r>
    </w:p>
    <w:p w:rsidR="00CE2826" w:rsidRDefault="006A791B">
      <w:r>
        <w:rPr>
          <w:rFonts w:cs="Times New Roman"/>
        </w:rPr>
        <w:t>21.6. Согласие может содержать запреты, условия, информационные ресурсы и категории получателей, которые оператор обязан соблюдать.</w:t>
      </w:r>
    </w:p>
    <w:p w:rsidR="00CE2826" w:rsidRDefault="006A791B">
      <w:r>
        <w:rPr>
          <w:rFonts w:cs="Times New Roman"/>
        </w:rPr>
        <w:t>21.7. Публикация продолжается до окончания срока, отзыва или требования о прекращении распространени</w:t>
      </w:r>
      <w:r>
        <w:rPr>
          <w:rFonts w:cs="Times New Roman"/>
        </w:rPr>
        <w:t>я в предусмотренном законом порядке.</w:t>
      </w:r>
    </w:p>
    <w:p w:rsidR="00CE2826" w:rsidRDefault="006A791B">
      <w:r>
        <w:rPr>
          <w:rFonts w:cs="Times New Roman"/>
        </w:rPr>
        <w:lastRenderedPageBreak/>
        <w:t>21.8. Исходные документы клиента и данные третьих лиц не включаются в кейс без самостоятельной проверки оснований.</w:t>
      </w:r>
    </w:p>
    <w:p w:rsidR="00CE2826" w:rsidRDefault="006A791B">
      <w:pPr>
        <w:keepNext/>
        <w:spacing w:before="120"/>
        <w:jc w:val="center"/>
      </w:pPr>
      <w:r>
        <w:rPr>
          <w:rFonts w:cs="Times New Roman"/>
          <w:b/>
        </w:rPr>
        <w:t>22. ЦЕЛЬ РАССМОТРЕНИЯ ОБРАЩЕНИЙ И ЗАЩИТЫ ПРАВ</w:t>
      </w:r>
    </w:p>
    <w:p w:rsidR="00CE2826" w:rsidRDefault="006A791B">
      <w:r>
        <w:rPr>
          <w:rFonts w:cs="Times New Roman"/>
        </w:rPr>
        <w:t>22.1. Целью является предоставление сведений субъекту, уто</w:t>
      </w:r>
      <w:r>
        <w:rPr>
          <w:rFonts w:cs="Times New Roman"/>
        </w:rPr>
        <w:t>чнение, блокирование, прекращение обработки, уничтожение, рассмотрение жалобы и исполнение законного требования.</w:t>
      </w:r>
    </w:p>
    <w:p w:rsidR="00CE2826" w:rsidRDefault="006A791B">
      <w:r>
        <w:rPr>
          <w:rFonts w:cs="Times New Roman"/>
        </w:rPr>
        <w:t>22.2. Субъектами являются заявители, представители, адресаты ошибочного сообщения, государственные органы и иные участники обращения.</w:t>
      </w:r>
    </w:p>
    <w:p w:rsidR="00CE2826" w:rsidRDefault="006A791B">
      <w:r>
        <w:rPr>
          <w:rFonts w:cs="Times New Roman"/>
        </w:rPr>
        <w:t>22.3. Обр</w:t>
      </w:r>
      <w:r>
        <w:rPr>
          <w:rFonts w:cs="Times New Roman"/>
        </w:rPr>
        <w:t>абатываются идентификационные данные, содержание требования, подтверждение полномочий, сведения о выполненных действиях и ответ.</w:t>
      </w:r>
    </w:p>
    <w:p w:rsidR="00CE2826" w:rsidRDefault="006A791B">
      <w:r>
        <w:rPr>
          <w:rFonts w:cs="Times New Roman"/>
        </w:rPr>
        <w:t>22.4. Основаниями являются Федеральный закон № 152-ФЗ, иные обязанности оператора, а также защита прав и законных интересов.</w:t>
      </w:r>
    </w:p>
    <w:p w:rsidR="00CE2826" w:rsidRDefault="006A791B">
      <w:r>
        <w:rPr>
          <w:rFonts w:cs="Times New Roman"/>
        </w:rPr>
        <w:t>22</w:t>
      </w:r>
      <w:r>
        <w:rPr>
          <w:rFonts w:cs="Times New Roman"/>
        </w:rPr>
        <w:t>.5. Оператор не требует полную копию паспорта, если личность и отношение к данным можно подтвердить менее обременительным способом.</w:t>
      </w:r>
    </w:p>
    <w:p w:rsidR="00CE2826" w:rsidRDefault="006A791B">
      <w:r>
        <w:rPr>
          <w:rFonts w:cs="Times New Roman"/>
        </w:rPr>
        <w:t xml:space="preserve">22.6. Материалы обращения хранятся до его завершения и в течение применимого срока защиты прав, если закон не устанавливает </w:t>
      </w:r>
      <w:r>
        <w:rPr>
          <w:rFonts w:cs="Times New Roman"/>
        </w:rPr>
        <w:t>более длительный срок.</w:t>
      </w:r>
    </w:p>
    <w:p w:rsidR="00CE2826" w:rsidRDefault="006A791B">
      <w:r>
        <w:rPr>
          <w:rFonts w:cs="Times New Roman"/>
        </w:rPr>
        <w:t>22.7. Обращение не используется для рекламы и не передается лицу, действия которого обжалуются, в избыточном объеме.</w:t>
      </w:r>
    </w:p>
    <w:p w:rsidR="00CE2826" w:rsidRDefault="006A791B">
      <w:pPr>
        <w:keepNext/>
        <w:spacing w:before="120"/>
        <w:jc w:val="center"/>
      </w:pPr>
      <w:r>
        <w:rPr>
          <w:rFonts w:cs="Times New Roman"/>
          <w:b/>
        </w:rPr>
        <w:t>23. ПРАВОВЫЕ ОСНОВАНИЯ</w:t>
      </w:r>
    </w:p>
    <w:p w:rsidR="00CE2826" w:rsidRDefault="006A791B">
      <w:r>
        <w:rPr>
          <w:rFonts w:cs="Times New Roman"/>
        </w:rPr>
        <w:t xml:space="preserve">23.1. Согласие субъекта применяется только к конкретным целям и операциям, для которых оно </w:t>
      </w:r>
      <w:r>
        <w:rPr>
          <w:rFonts w:cs="Times New Roman"/>
        </w:rPr>
        <w:t>было предоставлено.</w:t>
      </w:r>
    </w:p>
    <w:p w:rsidR="00CE2826" w:rsidRDefault="006A791B">
      <w:r>
        <w:rPr>
          <w:rFonts w:cs="Times New Roman"/>
        </w:rPr>
        <w:t>23.2. Обработка допускается для заключения договора по инициативе субъекта и исполнения договора, стороной, выгодоприобретателем или поручителем по которому он является.</w:t>
      </w:r>
    </w:p>
    <w:p w:rsidR="00CE2826" w:rsidRDefault="006A791B">
      <w:r>
        <w:rPr>
          <w:rFonts w:cs="Times New Roman"/>
        </w:rPr>
        <w:t>23.3. Обработка допускается для выполнения обязанностей и полномоч</w:t>
      </w:r>
      <w:r>
        <w:rPr>
          <w:rFonts w:cs="Times New Roman"/>
        </w:rPr>
        <w:t>ий, возложенных на оператора законодательством Российской Федерации.</w:t>
      </w:r>
    </w:p>
    <w:p w:rsidR="00CE2826" w:rsidRDefault="006A791B">
      <w:r>
        <w:rPr>
          <w:rFonts w:cs="Times New Roman"/>
        </w:rPr>
        <w:t>23.4. Обработка допускается для осуществления прав и законных интересов оператора или третьих лиц при условии, что не нарушаются права и свободы субъекта.</w:t>
      </w:r>
    </w:p>
    <w:p w:rsidR="00CE2826" w:rsidRDefault="006A791B">
      <w:r>
        <w:rPr>
          <w:rFonts w:cs="Times New Roman"/>
        </w:rPr>
        <w:t>23.5. Обработка общедоступных да</w:t>
      </w:r>
      <w:r>
        <w:rPr>
          <w:rFonts w:cs="Times New Roman"/>
        </w:rPr>
        <w:t>нных не означает право использовать их для любой цели; оператор проверяет совместимость цели и источник раскрытия.</w:t>
      </w:r>
    </w:p>
    <w:p w:rsidR="00CE2826" w:rsidRDefault="006A791B">
      <w:r>
        <w:rPr>
          <w:rFonts w:cs="Times New Roman"/>
        </w:rPr>
        <w:t>23.6. Для специальных категорий, биометрии и распространения применяются самостоятельные специальные основания.</w:t>
      </w:r>
    </w:p>
    <w:p w:rsidR="00CE2826" w:rsidRDefault="006A791B">
      <w:r>
        <w:rPr>
          <w:rFonts w:cs="Times New Roman"/>
        </w:rPr>
        <w:t xml:space="preserve">23.7. Оператор документирует </w:t>
      </w:r>
      <w:r>
        <w:rPr>
          <w:rFonts w:cs="Times New Roman"/>
        </w:rPr>
        <w:t>применимое основание по каждой цели и не заменяет основание общей ссылкой на размещение Политики.</w:t>
      </w:r>
    </w:p>
    <w:p w:rsidR="00CE2826" w:rsidRDefault="006A791B">
      <w:r>
        <w:rPr>
          <w:rFonts w:cs="Times New Roman"/>
        </w:rPr>
        <w:t>23.8. Если основание прекращается, обработка прекращается или переводится на другое реально применимое законное основание с соблюдением прав субъекта.</w:t>
      </w:r>
    </w:p>
    <w:p w:rsidR="00CE2826" w:rsidRDefault="006A791B">
      <w:pPr>
        <w:keepNext/>
        <w:spacing w:before="120"/>
        <w:jc w:val="center"/>
      </w:pPr>
      <w:r>
        <w:rPr>
          <w:rFonts w:cs="Times New Roman"/>
          <w:b/>
        </w:rPr>
        <w:t>24. ТРЕ</w:t>
      </w:r>
      <w:r>
        <w:rPr>
          <w:rFonts w:cs="Times New Roman"/>
          <w:b/>
        </w:rPr>
        <w:t>БОВАНИЯ К СОГЛАСИЮ</w:t>
      </w:r>
    </w:p>
    <w:p w:rsidR="00CE2826" w:rsidRDefault="006A791B">
      <w:r>
        <w:rPr>
          <w:rFonts w:cs="Times New Roman"/>
        </w:rPr>
        <w:t>24.1. Согласие должно быть свободным, конкретным, предметным, информированным, сознательным и однозначным.</w:t>
      </w:r>
    </w:p>
    <w:p w:rsidR="00CE2826" w:rsidRDefault="006A791B">
      <w:r>
        <w:rPr>
          <w:rFonts w:cs="Times New Roman"/>
        </w:rPr>
        <w:t>24.2. Согласие на обработку персональных данных оформляется отдельно от иной информации и документов, которые подтверждает или под</w:t>
      </w:r>
      <w:r>
        <w:rPr>
          <w:rFonts w:cs="Times New Roman"/>
        </w:rPr>
        <w:t>писывает субъект.</w:t>
      </w:r>
    </w:p>
    <w:p w:rsidR="00CE2826" w:rsidRDefault="006A791B">
      <w:r>
        <w:rPr>
          <w:rFonts w:cs="Times New Roman"/>
        </w:rPr>
        <w:t>24.3. Отдельно оформляются согласие на рассмотрение заявки, согласие на рекламу, аналитические cookie и согласие на распространение, поскольку они имеют разные цели и последствия.</w:t>
      </w:r>
    </w:p>
    <w:p w:rsidR="00CE2826" w:rsidRDefault="006A791B">
      <w:r>
        <w:rPr>
          <w:rFonts w:cs="Times New Roman"/>
        </w:rPr>
        <w:t>24.4. Флажок не устанавливается заранее, а отсутствие акти</w:t>
      </w:r>
      <w:r>
        <w:rPr>
          <w:rFonts w:cs="Times New Roman"/>
        </w:rPr>
        <w:t>вного действия или простой просмотр страницы не считаются согласием.</w:t>
      </w:r>
    </w:p>
    <w:p w:rsidR="00CE2826" w:rsidRDefault="006A791B">
      <w:r>
        <w:rPr>
          <w:rFonts w:cs="Times New Roman"/>
        </w:rPr>
        <w:t>24.5. Рядом с элементом управления размещается понятный текст или доступная ссылка на полный текст согласия до его предоставления.</w:t>
      </w:r>
    </w:p>
    <w:p w:rsidR="00CE2826" w:rsidRDefault="006A791B">
      <w:r>
        <w:rPr>
          <w:rFonts w:cs="Times New Roman"/>
        </w:rPr>
        <w:lastRenderedPageBreak/>
        <w:t>24.6. Оператор сохраняет доказательство версии текста, д</w:t>
      </w:r>
      <w:r>
        <w:rPr>
          <w:rFonts w:cs="Times New Roman"/>
        </w:rPr>
        <w:t>аты, времени, адреса формы и совершенного действия в объеме, необходимом для подтверждения согласия.</w:t>
      </w:r>
    </w:p>
    <w:p w:rsidR="00CE2826" w:rsidRDefault="006A791B">
      <w:r>
        <w:rPr>
          <w:rFonts w:cs="Times New Roman"/>
        </w:rPr>
        <w:t>24.7. Субъект может отозвать согласие способом, указанным в нем, без обязанности объяснять причину.</w:t>
      </w:r>
    </w:p>
    <w:p w:rsidR="00CE2826" w:rsidRDefault="006A791B">
      <w:r>
        <w:rPr>
          <w:rFonts w:cs="Times New Roman"/>
        </w:rPr>
        <w:t>24.8. Отзыв не прекращает обработку, которая законно пр</w:t>
      </w:r>
      <w:r>
        <w:rPr>
          <w:rFonts w:cs="Times New Roman"/>
        </w:rPr>
        <w:t>одолжается на основании договора, закона или защиты права, и не делает неправомерными ранее выполненные действия.</w:t>
      </w:r>
    </w:p>
    <w:p w:rsidR="00CE2826" w:rsidRDefault="006A791B">
      <w:r>
        <w:rPr>
          <w:rFonts w:cs="Times New Roman"/>
        </w:rPr>
        <w:t>24.9. При получении согласия представителя оператор проверяет его полномочия в соразмерном объеме.</w:t>
      </w:r>
    </w:p>
    <w:p w:rsidR="00CE2826" w:rsidRDefault="006A791B">
      <w:pPr>
        <w:keepNext/>
        <w:spacing w:before="120"/>
        <w:jc w:val="center"/>
      </w:pPr>
      <w:r>
        <w:rPr>
          <w:rFonts w:cs="Times New Roman"/>
          <w:b/>
        </w:rPr>
        <w:t>25. СПЕЦИАЛЬНЫЕ КАТЕГОРИИ И БИОМЕТРИЯ</w:t>
      </w:r>
    </w:p>
    <w:p w:rsidR="00CE2826" w:rsidRDefault="006A791B">
      <w:r>
        <w:rPr>
          <w:rFonts w:cs="Times New Roman"/>
        </w:rPr>
        <w:t>25.1.</w:t>
      </w:r>
      <w:r>
        <w:rPr>
          <w:rFonts w:cs="Times New Roman"/>
        </w:rPr>
        <w:t xml:space="preserve"> Общая форма не предназначена для данных о здоровье, расовой или национальной принадлежности, политических взглядах, религиозных убеждениях, интимной жизни или судимости.</w:t>
      </w:r>
    </w:p>
    <w:p w:rsidR="00CE2826" w:rsidRDefault="006A791B">
      <w:r>
        <w:rPr>
          <w:rFonts w:cs="Times New Roman"/>
        </w:rPr>
        <w:t>25.2. Биометрические персональные данные для установления личности по физиологическим</w:t>
      </w:r>
      <w:r>
        <w:rPr>
          <w:rFonts w:cs="Times New Roman"/>
        </w:rPr>
        <w:t xml:space="preserve"> и биологическим характеристикам через сайт не собираются.</w:t>
      </w:r>
    </w:p>
    <w:p w:rsidR="00CE2826" w:rsidRDefault="006A791B">
      <w:r>
        <w:rPr>
          <w:rFonts w:cs="Times New Roman"/>
        </w:rPr>
        <w:t>25.3. Фотография или видеозапись не признается биометрией автоматически, если оператор не использует ее для установления личности специальным способом, но остается персональными данными.</w:t>
      </w:r>
    </w:p>
    <w:p w:rsidR="00CE2826" w:rsidRDefault="006A791B">
      <w:r>
        <w:rPr>
          <w:rFonts w:cs="Times New Roman"/>
        </w:rPr>
        <w:t>25.4. Полу</w:t>
      </w:r>
      <w:r>
        <w:rPr>
          <w:rFonts w:cs="Times New Roman"/>
        </w:rPr>
        <w:t>чение специальной категории в составе юридического документа допускается только при наличии основания по статье 10 Федерального закона № 152-ФЗ и объективной связи с задачей.</w:t>
      </w:r>
    </w:p>
    <w:p w:rsidR="00CE2826" w:rsidRDefault="006A791B">
      <w:r>
        <w:rPr>
          <w:rFonts w:cs="Times New Roman"/>
        </w:rPr>
        <w:t>25.5. Если специальная категория не нужна, заказчику предлагается закрыть соответ</w:t>
      </w:r>
      <w:r>
        <w:rPr>
          <w:rFonts w:cs="Times New Roman"/>
        </w:rPr>
        <w:t>ствующие поля до передачи документа.</w:t>
      </w:r>
    </w:p>
    <w:p w:rsidR="00CE2826" w:rsidRDefault="006A791B">
      <w:r>
        <w:rPr>
          <w:rFonts w:cs="Times New Roman"/>
        </w:rPr>
        <w:t>25.6. Случайно полученные избыточные сведения блокируются от обычного использования и уничтожаются при отсутствии основания.</w:t>
      </w:r>
    </w:p>
    <w:p w:rsidR="00CE2826" w:rsidRDefault="006A791B">
      <w:r>
        <w:rPr>
          <w:rFonts w:cs="Times New Roman"/>
        </w:rPr>
        <w:t>25.7. Сайт не использует распознавание лица, голоса или иной биометрический шаблон без отдельн</w:t>
      </w:r>
      <w:r>
        <w:rPr>
          <w:rFonts w:cs="Times New Roman"/>
        </w:rPr>
        <w:t>ого правового и технического проекта.</w:t>
      </w:r>
    </w:p>
    <w:p w:rsidR="00CE2826" w:rsidRDefault="006A791B">
      <w:pPr>
        <w:keepNext/>
        <w:spacing w:before="120"/>
        <w:jc w:val="center"/>
      </w:pPr>
      <w:r>
        <w:rPr>
          <w:rFonts w:cs="Times New Roman"/>
          <w:b/>
        </w:rPr>
        <w:t>26. ДАННЫЕ НЕСОВЕРШЕННОЛЕТНИХ</w:t>
      </w:r>
    </w:p>
    <w:p w:rsidR="00CE2826" w:rsidRDefault="006A791B">
      <w:r>
        <w:rPr>
          <w:rFonts w:cs="Times New Roman"/>
        </w:rPr>
        <w:t>26.1. Общая форма рассчитана на совершеннолетнего заявителя либо законного представителя.</w:t>
      </w:r>
    </w:p>
    <w:p w:rsidR="00CE2826" w:rsidRDefault="006A791B">
      <w:r>
        <w:rPr>
          <w:rFonts w:cs="Times New Roman"/>
        </w:rPr>
        <w:t xml:space="preserve">26.2. Данные несовершеннолетнего запрашиваются после определения программы и только в объеме, </w:t>
      </w:r>
      <w:r>
        <w:rPr>
          <w:rFonts w:cs="Times New Roman"/>
        </w:rPr>
        <w:t>необходимом для зачисления, обучения и обязательного учета.</w:t>
      </w:r>
    </w:p>
    <w:p w:rsidR="00CE2826" w:rsidRDefault="006A791B">
      <w:r>
        <w:rPr>
          <w:rFonts w:cs="Times New Roman"/>
        </w:rPr>
        <w:t>26.3. Согласие дает сам субъект или законный представитель в зависимости от возраста, дееспособности, вида обработки и требований закона.</w:t>
      </w:r>
    </w:p>
    <w:p w:rsidR="00CE2826" w:rsidRDefault="006A791B">
      <w:r>
        <w:rPr>
          <w:rFonts w:cs="Times New Roman"/>
        </w:rPr>
        <w:t>26.4. Оператор проверяет полномочия представителя без необ</w:t>
      </w:r>
      <w:r>
        <w:rPr>
          <w:rFonts w:cs="Times New Roman"/>
        </w:rPr>
        <w:t>основанного копирования всего документа, если достаточно отдельных реквизитов.</w:t>
      </w:r>
    </w:p>
    <w:p w:rsidR="00CE2826" w:rsidRDefault="006A791B">
      <w:r>
        <w:rPr>
          <w:rFonts w:cs="Times New Roman"/>
        </w:rPr>
        <w:t>26.5. Данные ребенка не публикуются на основании общего договора или согласия, не охватывающего распространение.</w:t>
      </w:r>
    </w:p>
    <w:p w:rsidR="00CE2826" w:rsidRDefault="006A791B">
      <w:r>
        <w:rPr>
          <w:rFonts w:cs="Times New Roman"/>
        </w:rPr>
        <w:t>26.6. Реклама не направляется непосредственно несовершеннолетнем</w:t>
      </w:r>
      <w:r>
        <w:rPr>
          <w:rFonts w:cs="Times New Roman"/>
        </w:rPr>
        <w:t>у только на основании согласия его представителя на сообщения по другому контакту.</w:t>
      </w:r>
    </w:p>
    <w:p w:rsidR="00CE2826" w:rsidRDefault="006A791B">
      <w:r>
        <w:rPr>
          <w:rFonts w:cs="Times New Roman"/>
        </w:rPr>
        <w:t>26.7. При выявлении получения данных ребенка без необходимого основания обработка ограничивается до проверки и данные уничтожаются, если законное продолжение невозможно.</w:t>
      </w:r>
    </w:p>
    <w:p w:rsidR="00CE2826" w:rsidRDefault="006A791B">
      <w:pPr>
        <w:keepNext/>
        <w:spacing w:before="120"/>
        <w:jc w:val="center"/>
      </w:pPr>
      <w:r>
        <w:rPr>
          <w:rFonts w:cs="Times New Roman"/>
          <w:b/>
        </w:rPr>
        <w:t>27.</w:t>
      </w:r>
      <w:r>
        <w:rPr>
          <w:rFonts w:cs="Times New Roman"/>
          <w:b/>
        </w:rPr>
        <w:t xml:space="preserve"> ПОЛУЧЕНИЕ ДАННЫХ ОТ ТРЕТЬЕГО ЛИЦА</w:t>
      </w:r>
    </w:p>
    <w:p w:rsidR="00CE2826" w:rsidRDefault="006A791B">
      <w:r>
        <w:rPr>
          <w:rFonts w:cs="Times New Roman"/>
        </w:rPr>
        <w:t>27.1. Оператор преимущественно получает данные непосредственно от субъекта через форму, переписку, анкету или договор.</w:t>
      </w:r>
    </w:p>
    <w:p w:rsidR="00CE2826" w:rsidRDefault="006A791B">
      <w:r>
        <w:rPr>
          <w:rFonts w:cs="Times New Roman"/>
        </w:rPr>
        <w:t>27.2. Организация-заказчик может передать данные своего представителя или обучающихся, если имеет пред</w:t>
      </w:r>
      <w:r>
        <w:rPr>
          <w:rFonts w:cs="Times New Roman"/>
        </w:rPr>
        <w:t>усмотренное законом основание и исполнила обязанность информирования.</w:t>
      </w:r>
    </w:p>
    <w:p w:rsidR="00CE2826" w:rsidRDefault="006A791B">
      <w:r>
        <w:rPr>
          <w:rFonts w:cs="Times New Roman"/>
        </w:rPr>
        <w:lastRenderedPageBreak/>
        <w:t>27.3. Заказчик юридической услуги может передать документы с данными третьих лиц при наличии основания, относящегося к цели проекта.</w:t>
      </w:r>
    </w:p>
    <w:p w:rsidR="00CE2826" w:rsidRDefault="006A791B">
      <w:r>
        <w:rPr>
          <w:rFonts w:cs="Times New Roman"/>
        </w:rPr>
        <w:t>27.4. Передающая сторона ограничивает состав данных и</w:t>
      </w:r>
      <w:r>
        <w:rPr>
          <w:rFonts w:cs="Times New Roman"/>
        </w:rPr>
        <w:t xml:space="preserve"> по запросу оператора подтверждает правовое основание, предусмотренное частью 8 статьи 9 Федерального закона № 152-ФЗ.</w:t>
      </w:r>
    </w:p>
    <w:p w:rsidR="00CE2826" w:rsidRDefault="006A791B">
      <w:r>
        <w:rPr>
          <w:rFonts w:cs="Times New Roman"/>
        </w:rPr>
        <w:t>27.5. Если обязанность уведомить субъекта лежит на операторе, ему предоставляется информация, предусмотренная законом, до начала обработк</w:t>
      </w:r>
      <w:r>
        <w:rPr>
          <w:rFonts w:cs="Times New Roman"/>
        </w:rPr>
        <w:t>и или в установленный срок.</w:t>
      </w:r>
    </w:p>
    <w:p w:rsidR="00CE2826" w:rsidRDefault="006A791B">
      <w:r>
        <w:rPr>
          <w:rFonts w:cs="Times New Roman"/>
        </w:rPr>
        <w:t>27.6. Оператор не использует переданные третьим лицом контакты для собственной рекламы без отдельного согласия адресата.</w:t>
      </w:r>
    </w:p>
    <w:p w:rsidR="00CE2826" w:rsidRDefault="006A791B">
      <w:r>
        <w:rPr>
          <w:rFonts w:cs="Times New Roman"/>
        </w:rPr>
        <w:t>27.7. При споре об основании доступ ограничивается до проверки, если продолжение обработки создает риск нар</w:t>
      </w:r>
      <w:r>
        <w:rPr>
          <w:rFonts w:cs="Times New Roman"/>
        </w:rPr>
        <w:t>ушения прав.</w:t>
      </w:r>
    </w:p>
    <w:p w:rsidR="00CE2826" w:rsidRDefault="006A791B">
      <w:pPr>
        <w:keepNext/>
        <w:spacing w:before="120"/>
        <w:jc w:val="center"/>
      </w:pPr>
      <w:r>
        <w:rPr>
          <w:rFonts w:cs="Times New Roman"/>
          <w:b/>
        </w:rPr>
        <w:t>28. ПЕРЕЧЕНЬ ДЕЙСТВИЙ И СПОСОБЫ ОБРАБОТКИ</w:t>
      </w:r>
    </w:p>
    <w:p w:rsidR="00CE2826" w:rsidRDefault="006A791B">
      <w:r>
        <w:rPr>
          <w:rFonts w:cs="Times New Roman"/>
        </w:rPr>
        <w:t>28.1. Оператор может осуществлять сбор, запись, систематизацию, накопление, хранение, уточнение, обновление и изменение персональных данных.</w:t>
      </w:r>
    </w:p>
    <w:p w:rsidR="00CE2826" w:rsidRDefault="006A791B">
      <w:r>
        <w:rPr>
          <w:rFonts w:cs="Times New Roman"/>
        </w:rPr>
        <w:t xml:space="preserve">28.2. Допускаются извлечение, использование, сопоставление, </w:t>
      </w:r>
      <w:r>
        <w:rPr>
          <w:rFonts w:cs="Times New Roman"/>
        </w:rPr>
        <w:t>структурирование и формирование документов в пределах соответствующей цели.</w:t>
      </w:r>
    </w:p>
    <w:p w:rsidR="00CE2826" w:rsidRDefault="006A791B">
      <w:r>
        <w:rPr>
          <w:rFonts w:cs="Times New Roman"/>
        </w:rPr>
        <w:t>28.3. Допускаются передача, предоставление и доступ определенному получателю при наличии основания; распространение неопределенному кругу лиц регулируется отдельно.</w:t>
      </w:r>
    </w:p>
    <w:p w:rsidR="00CE2826" w:rsidRDefault="006A791B">
      <w:r>
        <w:rPr>
          <w:rFonts w:cs="Times New Roman"/>
        </w:rPr>
        <w:t>28.4. Применяют</w:t>
      </w:r>
      <w:r>
        <w:rPr>
          <w:rFonts w:cs="Times New Roman"/>
        </w:rPr>
        <w:t>ся обезличивание, блокирование, удаление и уничтожение.</w:t>
      </w:r>
    </w:p>
    <w:p w:rsidR="00CE2826" w:rsidRDefault="006A791B">
      <w:r>
        <w:rPr>
          <w:rFonts w:cs="Times New Roman"/>
        </w:rPr>
        <w:t>28.5. Обработка осуществляется автоматизированным, неавтоматизированным и смешанным способом.</w:t>
      </w:r>
    </w:p>
    <w:p w:rsidR="00CE2826" w:rsidRDefault="006A791B">
      <w:r>
        <w:rPr>
          <w:rFonts w:cs="Times New Roman"/>
        </w:rPr>
        <w:t>28.6. Неавтоматизированная обработка организуется с соблюдением требований к раздельному хранению, доступу</w:t>
      </w:r>
      <w:r>
        <w:rPr>
          <w:rFonts w:cs="Times New Roman"/>
        </w:rPr>
        <w:t xml:space="preserve"> и предотвращению несанкционированного ознакомления.</w:t>
      </w:r>
    </w:p>
    <w:p w:rsidR="00CE2826" w:rsidRDefault="006A791B">
      <w:r>
        <w:rPr>
          <w:rFonts w:cs="Times New Roman"/>
        </w:rPr>
        <w:t>28.7. Формирование профиля для автоматического определения цены, допуска к обучению или юридической позиции не осуществляется.</w:t>
      </w:r>
    </w:p>
    <w:p w:rsidR="00CE2826" w:rsidRDefault="006A791B">
      <w:r>
        <w:rPr>
          <w:rFonts w:cs="Times New Roman"/>
        </w:rPr>
        <w:t>28.8. Состав операций по каждой цели ограничивается фактической необходимост</w:t>
      </w:r>
      <w:r>
        <w:rPr>
          <w:rFonts w:cs="Times New Roman"/>
        </w:rPr>
        <w:t>ью и не означает выполнение всех перечисленных действий с каждым видом данных.</w:t>
      </w:r>
    </w:p>
    <w:p w:rsidR="00CE2826" w:rsidRDefault="006A791B">
      <w:pPr>
        <w:keepNext/>
        <w:spacing w:before="120"/>
        <w:jc w:val="center"/>
      </w:pPr>
      <w:r>
        <w:rPr>
          <w:rFonts w:cs="Times New Roman"/>
          <w:b/>
        </w:rPr>
        <w:t>29. ЛИЦА, ОБРАБАТЫВАЮЩИЕ ДАННЫЕ ПО ПОРУЧЕНИЮ</w:t>
      </w:r>
    </w:p>
    <w:p w:rsidR="00CE2826" w:rsidRDefault="006A791B">
      <w:r>
        <w:rPr>
          <w:rFonts w:cs="Times New Roman"/>
        </w:rPr>
        <w:t>29.1. Оператор вправе поручить обработку поставщику инфраструктуры, техническому администратору, почтовому сервису, сервису связи, а</w:t>
      </w:r>
      <w:r>
        <w:rPr>
          <w:rFonts w:cs="Times New Roman"/>
        </w:rPr>
        <w:t>рхивному или иному подрядчику при наличии законного основания.</w:t>
      </w:r>
    </w:p>
    <w:p w:rsidR="00CE2826" w:rsidRDefault="006A791B">
      <w:r>
        <w:rPr>
          <w:rFonts w:cs="Times New Roman"/>
        </w:rPr>
        <w:t>29.2. Поручение определяет перечень данных и операций, цели, конфиденциальность, требования к защите, локализации, реагированию на инцидент и подтверждению принятых мер.</w:t>
      </w:r>
    </w:p>
    <w:p w:rsidR="00CE2826" w:rsidRDefault="006A791B">
      <w:r>
        <w:rPr>
          <w:rFonts w:cs="Times New Roman"/>
        </w:rPr>
        <w:t>29.3. Лицо, действующее</w:t>
      </w:r>
      <w:r>
        <w:rPr>
          <w:rFonts w:cs="Times New Roman"/>
        </w:rPr>
        <w:t xml:space="preserve"> по поручению, не определяет новую самостоятельную цель и не использует данные для собственной рекламы или обучения общедоступной модели.</w:t>
      </w:r>
    </w:p>
    <w:p w:rsidR="00CE2826" w:rsidRDefault="006A791B">
      <w:r>
        <w:rPr>
          <w:rFonts w:cs="Times New Roman"/>
        </w:rPr>
        <w:t>29.4. Доступ подрядчика ограничивается сроком и объемом технической задачи.</w:t>
      </w:r>
    </w:p>
    <w:p w:rsidR="00CE2826" w:rsidRDefault="006A791B">
      <w:r>
        <w:rPr>
          <w:rFonts w:cs="Times New Roman"/>
        </w:rPr>
        <w:t xml:space="preserve">29.5. При прекращении поручения доступ </w:t>
      </w:r>
      <w:r>
        <w:rPr>
          <w:rFonts w:cs="Times New Roman"/>
        </w:rPr>
        <w:t>закрывается, а данные возвращаются или уничтожаются в установленном порядке, кроме обязательного хранения.</w:t>
      </w:r>
    </w:p>
    <w:p w:rsidR="00CE2826" w:rsidRDefault="006A791B">
      <w:r>
        <w:rPr>
          <w:rFonts w:cs="Times New Roman"/>
        </w:rPr>
        <w:t>29.6. Оператор осуществляет разумную проверку условий поставщика и контролирует выполнение поручения.</w:t>
      </w:r>
    </w:p>
    <w:p w:rsidR="00CE2826" w:rsidRDefault="006A791B">
      <w:r>
        <w:rPr>
          <w:rFonts w:cs="Times New Roman"/>
        </w:rPr>
        <w:t>29.7. Привлечение лица по поручению не уменьшае</w:t>
      </w:r>
      <w:r>
        <w:rPr>
          <w:rFonts w:cs="Times New Roman"/>
        </w:rPr>
        <w:t>т права субъекта и не освобождает оператора от предусмотренной законом ответственности.</w:t>
      </w:r>
    </w:p>
    <w:p w:rsidR="00CE2826" w:rsidRDefault="006A791B">
      <w:pPr>
        <w:keepNext/>
        <w:spacing w:before="120"/>
        <w:jc w:val="center"/>
      </w:pPr>
      <w:r>
        <w:rPr>
          <w:rFonts w:cs="Times New Roman"/>
          <w:b/>
        </w:rPr>
        <w:t>30. ТЕХНИЧЕСКИЕ ПОСТАВЩИКИ И КАНАЛЫ</w:t>
      </w:r>
    </w:p>
    <w:p w:rsidR="00CE2826" w:rsidRDefault="006A791B">
      <w:r>
        <w:rPr>
          <w:rFonts w:cs="Times New Roman"/>
        </w:rPr>
        <w:t>30.1. Рабочая версия сайта может размещаться на инфраструктуре Timeweb с использованием WordPress и базы данных на территории Россий</w:t>
      </w:r>
      <w:r>
        <w:rPr>
          <w:rFonts w:cs="Times New Roman"/>
        </w:rPr>
        <w:t>ской Федерации.</w:t>
      </w:r>
    </w:p>
    <w:p w:rsidR="00CE2826" w:rsidRDefault="006A791B">
      <w:r>
        <w:rPr>
          <w:rFonts w:cs="Times New Roman"/>
        </w:rPr>
        <w:t>30.2. Электронная почта используется для заявок, ответов, договоров и сервисных сообщений с учетом условий фактически выбранного почтового поставщика.</w:t>
      </w:r>
    </w:p>
    <w:p w:rsidR="00CE2826" w:rsidRDefault="006A791B">
      <w:r>
        <w:rPr>
          <w:rFonts w:cs="Times New Roman"/>
        </w:rPr>
        <w:lastRenderedPageBreak/>
        <w:t>30.3. Telegram может использоваться для минимального уведомления ответственного лица о но</w:t>
      </w:r>
      <w:r>
        <w:rPr>
          <w:rFonts w:cs="Times New Roman"/>
        </w:rPr>
        <w:t>вой заявке и для общения по выбору заявителя.</w:t>
      </w:r>
    </w:p>
    <w:p w:rsidR="00CE2826" w:rsidRDefault="006A791B">
      <w:r>
        <w:rPr>
          <w:rFonts w:cs="Times New Roman"/>
        </w:rPr>
        <w:t>30.4. Telegram не является единственным местом хранения заявки или единственным доказательством согласия; основная запись ведется в контролируемой системе.</w:t>
      </w:r>
    </w:p>
    <w:p w:rsidR="00CE2826" w:rsidRDefault="006A791B">
      <w:r>
        <w:rPr>
          <w:rFonts w:cs="Times New Roman"/>
        </w:rPr>
        <w:t xml:space="preserve">30.5. MAX используется только после фактического </w:t>
      </w:r>
      <w:r>
        <w:rPr>
          <w:rFonts w:cs="Times New Roman"/>
        </w:rPr>
        <w:t>подключения и определения правового статуса, состава данных и маршрута передачи.</w:t>
      </w:r>
    </w:p>
    <w:p w:rsidR="00CE2826" w:rsidRDefault="006A791B">
      <w:r>
        <w:rPr>
          <w:rFonts w:cs="Times New Roman"/>
        </w:rPr>
        <w:t>30.6. Яндекс Метрика и Вебвизор являются необязательными аналитическими сервисами и подключаются после отдельного согласия.</w:t>
      </w:r>
    </w:p>
    <w:p w:rsidR="00CE2826" w:rsidRDefault="006A791B">
      <w:r>
        <w:rPr>
          <w:rFonts w:cs="Times New Roman"/>
        </w:rPr>
        <w:t>30.7. Закрытое облачное хранилище может использоват</w:t>
      </w:r>
      <w:r>
        <w:rPr>
          <w:rFonts w:cs="Times New Roman"/>
        </w:rPr>
        <w:t>ься для резервного или рабочего архива после проверки локализации, условий доступа и поручения.</w:t>
      </w:r>
    </w:p>
    <w:p w:rsidR="00CE2826" w:rsidRDefault="006A791B">
      <w:r>
        <w:rPr>
          <w:rFonts w:cs="Times New Roman"/>
        </w:rPr>
        <w:t>30.8. Перечень фактически подключенных получателей и лиц по поручению актуализируется до передачи им данных.</w:t>
      </w:r>
    </w:p>
    <w:p w:rsidR="00CE2826" w:rsidRDefault="006A791B">
      <w:pPr>
        <w:keepNext/>
        <w:spacing w:before="120"/>
        <w:jc w:val="center"/>
      </w:pPr>
      <w:r>
        <w:rPr>
          <w:rFonts w:cs="Times New Roman"/>
          <w:b/>
        </w:rPr>
        <w:t>31. ЛОКАЛИЗАЦИЯ ПЕРСОНАЛЬНЫХ ДАННЫХ</w:t>
      </w:r>
    </w:p>
    <w:p w:rsidR="00CE2826" w:rsidRDefault="006A791B">
      <w:r>
        <w:rPr>
          <w:rFonts w:cs="Times New Roman"/>
        </w:rPr>
        <w:t>31.1. При сборе</w:t>
      </w:r>
      <w:r>
        <w:rPr>
          <w:rFonts w:cs="Times New Roman"/>
        </w:rPr>
        <w:t xml:space="preserve"> персональных данных граждан Российской Федерации через Интернет первичная запись, систематизация, накопление, хранение, уточнение и извлечение осуществляются с использованием баз данных на территории Российской Федерации.</w:t>
      </w:r>
    </w:p>
    <w:p w:rsidR="00CE2826" w:rsidRDefault="006A791B">
      <w:r>
        <w:rPr>
          <w:rFonts w:cs="Times New Roman"/>
        </w:rPr>
        <w:t>31.2. Основная база заявок, доказ</w:t>
      </w:r>
      <w:r>
        <w:rPr>
          <w:rFonts w:cs="Times New Roman"/>
        </w:rPr>
        <w:t>ательств согласия и договорного взаимодействия размещается на российской инфраструктуре.</w:t>
      </w:r>
    </w:p>
    <w:p w:rsidR="00CE2826" w:rsidRDefault="006A791B">
      <w:r>
        <w:rPr>
          <w:rFonts w:cs="Times New Roman"/>
        </w:rPr>
        <w:t>31.3. Уведомление в мессенджер не заменяет первичную запись в российской базе.</w:t>
      </w:r>
    </w:p>
    <w:p w:rsidR="00CE2826" w:rsidRDefault="006A791B">
      <w:r>
        <w:rPr>
          <w:rFonts w:cs="Times New Roman"/>
        </w:rPr>
        <w:t>31.4. Форма не направляет данные напрямую в иностранную таблицу, CRM или хранилище до их</w:t>
      </w:r>
      <w:r>
        <w:rPr>
          <w:rFonts w:cs="Times New Roman"/>
        </w:rPr>
        <w:t xml:space="preserve"> законной первичной записи и проверки условий передачи.</w:t>
      </w:r>
    </w:p>
    <w:p w:rsidR="00CE2826" w:rsidRDefault="006A791B">
      <w:r>
        <w:rPr>
          <w:rFonts w:cs="Times New Roman"/>
        </w:rPr>
        <w:t>31.5. Оператор получает от поставщика сведения о местонахождении инфраструктуры и фиксирует их в договорных или внутренних документах.</w:t>
      </w:r>
    </w:p>
    <w:p w:rsidR="00CE2826" w:rsidRDefault="006A791B">
      <w:r>
        <w:rPr>
          <w:rFonts w:cs="Times New Roman"/>
        </w:rPr>
        <w:t>31.6. При миграции проверяются сохранность, целостность, прекраще</w:t>
      </w:r>
      <w:r>
        <w:rPr>
          <w:rFonts w:cs="Times New Roman"/>
        </w:rPr>
        <w:t>ние доступа к прежней базе и документированное удаление копий.</w:t>
      </w:r>
    </w:p>
    <w:p w:rsidR="00CE2826" w:rsidRDefault="006A791B">
      <w:r>
        <w:rPr>
          <w:rFonts w:cs="Times New Roman"/>
        </w:rPr>
        <w:t>31.7. Локализация не отменяет иных требований к безопасности, поручению и трансграничной передаче.</w:t>
      </w:r>
    </w:p>
    <w:p w:rsidR="00CE2826" w:rsidRDefault="006A791B">
      <w:pPr>
        <w:keepNext/>
        <w:spacing w:before="120"/>
        <w:jc w:val="center"/>
      </w:pPr>
      <w:r>
        <w:rPr>
          <w:rFonts w:cs="Times New Roman"/>
          <w:b/>
        </w:rPr>
        <w:t>32. ТРАНСГРАНИЧНАЯ ПЕРЕДАЧА</w:t>
      </w:r>
    </w:p>
    <w:p w:rsidR="00CE2826" w:rsidRDefault="006A791B">
      <w:r>
        <w:rPr>
          <w:rFonts w:cs="Times New Roman"/>
        </w:rPr>
        <w:t>32.1. Трансграничная передача не осуществляется только потому, что</w:t>
      </w:r>
      <w:r>
        <w:rPr>
          <w:rFonts w:cs="Times New Roman"/>
        </w:rPr>
        <w:t xml:space="preserve"> иностранный сервис доступен в сети Интернет.</w:t>
      </w:r>
    </w:p>
    <w:p w:rsidR="00CE2826" w:rsidRDefault="006A791B">
      <w:r>
        <w:rPr>
          <w:rFonts w:cs="Times New Roman"/>
        </w:rPr>
        <w:t>32.2. До начала передачи оператор определяет иностранное государство, получателя, цель, категории субъектов и данных, меры защиты и возможность обойтись без передачи.</w:t>
      </w:r>
    </w:p>
    <w:p w:rsidR="00CE2826" w:rsidRDefault="006A791B">
      <w:r>
        <w:rPr>
          <w:rFonts w:cs="Times New Roman"/>
        </w:rPr>
        <w:t>32.3. Оператор выполняет предварительное ув</w:t>
      </w:r>
      <w:r>
        <w:rPr>
          <w:rFonts w:cs="Times New Roman"/>
        </w:rPr>
        <w:t>едомление Роскомнадзора и иные действия, предусмотренные статьей 12 Федерального закона № 152-ФЗ.</w:t>
      </w:r>
    </w:p>
    <w:p w:rsidR="00CE2826" w:rsidRDefault="006A791B">
      <w:r>
        <w:rPr>
          <w:rFonts w:cs="Times New Roman"/>
        </w:rPr>
        <w:t>32.4. До истечения предусмотренных законом сроков передача в государство, не включенное в перечень обеспечивающих адекватную защиту, не начинается, кроме прям</w:t>
      </w:r>
      <w:r>
        <w:rPr>
          <w:rFonts w:cs="Times New Roman"/>
        </w:rPr>
        <w:t>о установленных исключений.</w:t>
      </w:r>
    </w:p>
    <w:p w:rsidR="00CE2826" w:rsidRDefault="006A791B">
      <w:r>
        <w:rPr>
          <w:rFonts w:cs="Times New Roman"/>
        </w:rPr>
        <w:t>32.5. Согласие на cookie не заменяет уведомление, правовое основание и проверку трансграничной передачи.</w:t>
      </w:r>
    </w:p>
    <w:p w:rsidR="00CE2826" w:rsidRDefault="006A791B">
      <w:r>
        <w:rPr>
          <w:rFonts w:cs="Times New Roman"/>
        </w:rPr>
        <w:t>32.6. Если сервис можно настроить без персональных данных или с российским размещением, выбирается менее рискованная конфиг</w:t>
      </w:r>
      <w:r>
        <w:rPr>
          <w:rFonts w:cs="Times New Roman"/>
        </w:rPr>
        <w:t>урация.</w:t>
      </w:r>
    </w:p>
    <w:p w:rsidR="00CE2826" w:rsidRDefault="006A791B">
      <w:r>
        <w:rPr>
          <w:rFonts w:cs="Times New Roman"/>
        </w:rPr>
        <w:t>32.7. При запрете или ограничении Роскомнадзора передача прекращается в установленном порядке.</w:t>
      </w:r>
    </w:p>
    <w:p w:rsidR="00CE2826" w:rsidRDefault="006A791B">
      <w:r>
        <w:rPr>
          <w:rFonts w:cs="Times New Roman"/>
        </w:rPr>
        <w:t>32.8. До подключения нового иностранного сервиса Политика и интерфейс обновляются, если меняются получатели, география или цели.</w:t>
      </w:r>
    </w:p>
    <w:p w:rsidR="00CE2826" w:rsidRDefault="006A791B">
      <w:pPr>
        <w:keepNext/>
        <w:spacing w:before="120"/>
        <w:jc w:val="center"/>
      </w:pPr>
      <w:r>
        <w:rPr>
          <w:rFonts w:cs="Times New Roman"/>
          <w:b/>
        </w:rPr>
        <w:t>33. СРОКИ ХРАНЕНИЯ</w:t>
      </w:r>
    </w:p>
    <w:p w:rsidR="00CE2826" w:rsidRDefault="006A791B">
      <w:r>
        <w:rPr>
          <w:rFonts w:cs="Times New Roman"/>
        </w:rPr>
        <w:t>33.1.</w:t>
      </w:r>
      <w:r>
        <w:rPr>
          <w:rFonts w:cs="Times New Roman"/>
        </w:rPr>
        <w:t xml:space="preserve"> Технические журналы обычной работы хранятся до двенадцати месяцев, если более длительный срок не требуется для инцидента или спора.</w:t>
      </w:r>
    </w:p>
    <w:p w:rsidR="00CE2826" w:rsidRDefault="006A791B">
      <w:r>
        <w:rPr>
          <w:rFonts w:cs="Times New Roman"/>
        </w:rPr>
        <w:lastRenderedPageBreak/>
        <w:t>33.2. Заявка без заключенного договора хранится не более двенадцати месяцев после последнего содержательного контакта.</w:t>
      </w:r>
    </w:p>
    <w:p w:rsidR="00CE2826" w:rsidRDefault="006A791B">
      <w:r>
        <w:rPr>
          <w:rFonts w:cs="Times New Roman"/>
        </w:rPr>
        <w:t>33.3</w:t>
      </w:r>
      <w:r>
        <w:rPr>
          <w:rFonts w:cs="Times New Roman"/>
        </w:rPr>
        <w:t>. Доказательства электронных согласий, отказов и примененной версии документов хранятся в период обработки и до трех лет после ее прекращения, если закон или спор не требует иного.</w:t>
      </w:r>
    </w:p>
    <w:p w:rsidR="00CE2826" w:rsidRDefault="006A791B">
      <w:r>
        <w:rPr>
          <w:rFonts w:cs="Times New Roman"/>
        </w:rPr>
        <w:t>33.4. Переписка и материалы договора хранятся в период исполнения и в течен</w:t>
      </w:r>
      <w:r>
        <w:rPr>
          <w:rFonts w:cs="Times New Roman"/>
        </w:rPr>
        <w:t>ие применимого срока защиты прав.</w:t>
      </w:r>
    </w:p>
    <w:p w:rsidR="00CE2826" w:rsidRDefault="006A791B">
      <w:r>
        <w:rPr>
          <w:rFonts w:cs="Times New Roman"/>
        </w:rPr>
        <w:t>33.5. Юридические рабочие материалы хранятся в срок, установленный соответствующей целью и договором, с отделением обязательных учетных документов.</w:t>
      </w:r>
    </w:p>
    <w:p w:rsidR="00CE2826" w:rsidRDefault="006A791B">
      <w:r>
        <w:rPr>
          <w:rFonts w:cs="Times New Roman"/>
        </w:rPr>
        <w:t xml:space="preserve">33.6. Учебные документы хранятся в сроки, установленные законодательством </w:t>
      </w:r>
      <w:r>
        <w:rPr>
          <w:rFonts w:cs="Times New Roman"/>
        </w:rPr>
        <w:t>об образовании, архивном деле и утвержденной номенклатурой.</w:t>
      </w:r>
    </w:p>
    <w:p w:rsidR="00CE2826" w:rsidRDefault="006A791B">
      <w:r>
        <w:rPr>
          <w:rFonts w:cs="Times New Roman"/>
        </w:rPr>
        <w:t>33.7. Бухгалтерские, налоговые, кассовые и платежные документы хранятся в обязательные сроки соответствующего законодательства.</w:t>
      </w:r>
    </w:p>
    <w:p w:rsidR="00CE2826" w:rsidRDefault="006A791B">
      <w:r>
        <w:rPr>
          <w:rFonts w:cs="Times New Roman"/>
        </w:rPr>
        <w:t>33.8. Рекламный контакт используется до отзыва или окончания срока с</w:t>
      </w:r>
      <w:r>
        <w:rPr>
          <w:rFonts w:cs="Times New Roman"/>
        </w:rPr>
        <w:t>огласия; запись об отказе хранится в минимальном объеме для предотвращения повторной рассылки.</w:t>
      </w:r>
    </w:p>
    <w:p w:rsidR="00CE2826" w:rsidRDefault="006A791B">
      <w:r>
        <w:rPr>
          <w:rFonts w:cs="Times New Roman"/>
        </w:rPr>
        <w:t>33.9. Данные опубликованного отзыва обрабатываются до отзыва, установленного срока или прекращения цели публикации.</w:t>
      </w:r>
    </w:p>
    <w:p w:rsidR="00CE2826" w:rsidRDefault="006A791B">
      <w:r>
        <w:rPr>
          <w:rFonts w:cs="Times New Roman"/>
        </w:rPr>
        <w:t>33.10. Резервные копии удаляются по мере рота</w:t>
      </w:r>
      <w:r>
        <w:rPr>
          <w:rFonts w:cs="Times New Roman"/>
        </w:rPr>
        <w:t>ции, как правило, не позднее тридцати календарных дней после исключения данных из рабочей системы, если инцидент не требует отдельной сохраненной копии.</w:t>
      </w:r>
    </w:p>
    <w:p w:rsidR="00CE2826" w:rsidRDefault="006A791B">
      <w:pPr>
        <w:keepNext/>
        <w:spacing w:before="120"/>
        <w:jc w:val="center"/>
      </w:pPr>
      <w:r>
        <w:rPr>
          <w:rFonts w:cs="Times New Roman"/>
          <w:b/>
        </w:rPr>
        <w:t>34. УТОЧНЕНИЕ, БЛОКИРОВАНИЕ И УНИЧТОЖЕНИЕ</w:t>
      </w:r>
    </w:p>
    <w:p w:rsidR="00CE2826" w:rsidRDefault="006A791B">
      <w:r>
        <w:rPr>
          <w:rFonts w:cs="Times New Roman"/>
        </w:rPr>
        <w:t>34.1. При подтверждении неточности данные уточняются в течени</w:t>
      </w:r>
      <w:r>
        <w:rPr>
          <w:rFonts w:cs="Times New Roman"/>
        </w:rPr>
        <w:t>е семи рабочих дней с даты получения подтверждающих сведений.</w:t>
      </w:r>
    </w:p>
    <w:p w:rsidR="00CE2826" w:rsidRDefault="006A791B">
      <w:r>
        <w:rPr>
          <w:rFonts w:cs="Times New Roman"/>
        </w:rPr>
        <w:t>34.2. При выявлении неправомерной обработки оператор блокирует спорные данные на период проверки, если блокирование необходимо для защиты прав.</w:t>
      </w:r>
    </w:p>
    <w:p w:rsidR="00CE2826" w:rsidRDefault="006A791B">
      <w:r>
        <w:rPr>
          <w:rFonts w:cs="Times New Roman"/>
        </w:rPr>
        <w:t xml:space="preserve">34.3. Незаконно полученные или не необходимые для </w:t>
      </w:r>
      <w:r>
        <w:rPr>
          <w:rFonts w:cs="Times New Roman"/>
        </w:rPr>
        <w:t>заявленной цели данные уничтожаются в течение семи рабочих дней после подтверждения соответствующего факта.</w:t>
      </w:r>
    </w:p>
    <w:p w:rsidR="00CE2826" w:rsidRDefault="006A791B">
      <w:r>
        <w:rPr>
          <w:rFonts w:cs="Times New Roman"/>
        </w:rPr>
        <w:t>34.4. Если устранить нарушение возможно путем уточнения или ограничения доступа, оператор выполняет такие действия в предусмотренный законом срок.</w:t>
      </w:r>
    </w:p>
    <w:p w:rsidR="00CE2826" w:rsidRDefault="006A791B">
      <w:r>
        <w:rPr>
          <w:rFonts w:cs="Times New Roman"/>
        </w:rPr>
        <w:t>3</w:t>
      </w:r>
      <w:r>
        <w:rPr>
          <w:rFonts w:cs="Times New Roman"/>
        </w:rPr>
        <w:t>4.5. После достижения цели данные уничтожаются в срок, установленный законом, договором и внутренним порядком, при отсутствии другого основания.</w:t>
      </w:r>
    </w:p>
    <w:p w:rsidR="00CE2826" w:rsidRDefault="006A791B">
      <w:r>
        <w:rPr>
          <w:rFonts w:cs="Times New Roman"/>
        </w:rPr>
        <w:t>34.6. Если немедленное удаление из резервной копии технически невозможно, данные исключаются из обычного исполь</w:t>
      </w:r>
      <w:r>
        <w:rPr>
          <w:rFonts w:cs="Times New Roman"/>
        </w:rPr>
        <w:t>зования и уничтожаются по мере ротации.</w:t>
      </w:r>
    </w:p>
    <w:p w:rsidR="00CE2826" w:rsidRDefault="006A791B">
      <w:r>
        <w:rPr>
          <w:rFonts w:cs="Times New Roman"/>
        </w:rPr>
        <w:t>34.7. Уничтожение подтверждается актом, журналом или выгрузкой из информационной системы в случаях и составе, установленных требованиями Роскомнадзора и локальным порядком.</w:t>
      </w:r>
    </w:p>
    <w:p w:rsidR="00CE2826" w:rsidRDefault="006A791B">
      <w:r>
        <w:rPr>
          <w:rFonts w:cs="Times New Roman"/>
        </w:rPr>
        <w:t>34.8. Отказ в уничтожении допускается тольк</w:t>
      </w:r>
      <w:r>
        <w:rPr>
          <w:rFonts w:cs="Times New Roman"/>
        </w:rPr>
        <w:t>о в части данных, которые необходимо сохранить по закону, договору или для защиты права; субъекту сообщается основание.</w:t>
      </w:r>
    </w:p>
    <w:p w:rsidR="00CE2826" w:rsidRDefault="006A791B">
      <w:pPr>
        <w:keepNext/>
        <w:spacing w:before="120"/>
        <w:jc w:val="center"/>
      </w:pPr>
      <w:r>
        <w:rPr>
          <w:rFonts w:cs="Times New Roman"/>
          <w:b/>
        </w:rPr>
        <w:t>35. ПРАВА СУБЪЕКТА</w:t>
      </w:r>
    </w:p>
    <w:p w:rsidR="00CE2826" w:rsidRDefault="006A791B">
      <w:r>
        <w:rPr>
          <w:rFonts w:cs="Times New Roman"/>
        </w:rPr>
        <w:t xml:space="preserve">35.1. Субъект вправе получить подтверждение факта обработки и предусмотренные законом сведения о целях, способах, </w:t>
      </w:r>
      <w:r>
        <w:rPr>
          <w:rFonts w:cs="Times New Roman"/>
        </w:rPr>
        <w:t>сроках, основаниях, получателях и источнике данных.</w:t>
      </w:r>
    </w:p>
    <w:p w:rsidR="00CE2826" w:rsidRDefault="006A791B">
      <w:r>
        <w:rPr>
          <w:rFonts w:cs="Times New Roman"/>
        </w:rPr>
        <w:t>35.2. Субъект вправе знакомиться со своими данными в форме, которая не раскрывает персональные данные других лиц.</w:t>
      </w:r>
    </w:p>
    <w:p w:rsidR="00CE2826" w:rsidRDefault="006A791B">
      <w:r>
        <w:rPr>
          <w:rFonts w:cs="Times New Roman"/>
        </w:rPr>
        <w:t>35.3. Субъект вправе требовать уточнения, блокирования, прекращения обработки или уничтоже</w:t>
      </w:r>
      <w:r>
        <w:rPr>
          <w:rFonts w:cs="Times New Roman"/>
        </w:rPr>
        <w:t>ния при наличии предусмотренных законом оснований.</w:t>
      </w:r>
    </w:p>
    <w:p w:rsidR="00CE2826" w:rsidRDefault="006A791B">
      <w:r>
        <w:rPr>
          <w:rFonts w:cs="Times New Roman"/>
        </w:rPr>
        <w:t>35.4. Субъект вправе отозвать согласие и отдельно отказаться от рекламы и необязательной аналитики.</w:t>
      </w:r>
    </w:p>
    <w:p w:rsidR="00CE2826" w:rsidRDefault="006A791B">
      <w:r>
        <w:rPr>
          <w:rFonts w:cs="Times New Roman"/>
        </w:rPr>
        <w:t>35.5. Субъект вправе требовать прекращения распространения персональных данных в случаях и порядке статьи</w:t>
      </w:r>
      <w:r>
        <w:rPr>
          <w:rFonts w:cs="Times New Roman"/>
        </w:rPr>
        <w:t xml:space="preserve"> 10.1 Федерального закона № 152-ФЗ.</w:t>
      </w:r>
    </w:p>
    <w:p w:rsidR="00CE2826" w:rsidRDefault="006A791B">
      <w:r>
        <w:rPr>
          <w:rFonts w:cs="Times New Roman"/>
        </w:rPr>
        <w:lastRenderedPageBreak/>
        <w:t>35.6. Субъект вправе возражать против решения, основанного исключительно на автоматизированной обработке и порождающего юридические последствия, если такая обработка применяется.</w:t>
      </w:r>
    </w:p>
    <w:p w:rsidR="00CE2826" w:rsidRDefault="006A791B">
      <w:r>
        <w:rPr>
          <w:rFonts w:cs="Times New Roman"/>
        </w:rPr>
        <w:t xml:space="preserve">35.7. Субъект вправе обжаловать действия </w:t>
      </w:r>
      <w:r>
        <w:rPr>
          <w:rFonts w:cs="Times New Roman"/>
        </w:rPr>
        <w:t>или бездействие оператора в Роскомнадзор или суд и требовать предусмотренной законом защиты.</w:t>
      </w:r>
    </w:p>
    <w:p w:rsidR="00CE2826" w:rsidRDefault="006A791B">
      <w:r>
        <w:rPr>
          <w:rFonts w:cs="Times New Roman"/>
        </w:rPr>
        <w:t>35.8. Реализация права не ставится в зависимость от приобретения услуги и не используется для давления на заявителя.</w:t>
      </w:r>
    </w:p>
    <w:p w:rsidR="00CE2826" w:rsidRDefault="006A791B">
      <w:pPr>
        <w:keepNext/>
        <w:spacing w:before="120"/>
        <w:jc w:val="center"/>
      </w:pPr>
      <w:r>
        <w:rPr>
          <w:rFonts w:cs="Times New Roman"/>
          <w:b/>
        </w:rPr>
        <w:t>36. ПОРЯДОК РАССМОТРЕНИЯ ЗАПРОСОВ</w:t>
      </w:r>
    </w:p>
    <w:p w:rsidR="00CE2826" w:rsidRDefault="006A791B">
      <w:r>
        <w:rPr>
          <w:rFonts w:cs="Times New Roman"/>
        </w:rPr>
        <w:t>36.1. Запрос</w:t>
      </w:r>
      <w:r>
        <w:rPr>
          <w:rFonts w:cs="Times New Roman"/>
        </w:rPr>
        <w:t xml:space="preserve"> направляется на lisrent@online-org.ru и содержит сведения, позволяющие установить заявителя и найти соответствующую заявку, договор или контакт.</w:t>
      </w:r>
    </w:p>
    <w:p w:rsidR="00CE2826" w:rsidRDefault="006A791B">
      <w:r>
        <w:rPr>
          <w:rFonts w:cs="Times New Roman"/>
        </w:rPr>
        <w:t>36.2. Для защиты данных оператор вправе запросить подтверждение личности и полномочий представителя в соразмер</w:t>
      </w:r>
      <w:r>
        <w:rPr>
          <w:rFonts w:cs="Times New Roman"/>
        </w:rPr>
        <w:t>ном объеме.</w:t>
      </w:r>
    </w:p>
    <w:p w:rsidR="00CE2826" w:rsidRDefault="006A791B">
      <w:r>
        <w:rPr>
          <w:rFonts w:cs="Times New Roman"/>
        </w:rPr>
        <w:t>36.3. Сведения об обработке предоставляются при обращении либо в течение десяти рабочих дней с даты получения надлежащего запроса.</w:t>
      </w:r>
    </w:p>
    <w:p w:rsidR="00CE2826" w:rsidRDefault="006A791B">
      <w:r>
        <w:rPr>
          <w:rFonts w:cs="Times New Roman"/>
        </w:rPr>
        <w:t>36.4. Срок может быть продлен не более чем на пять рабочих дней при направлении мотивированного уведомления с ука</w:t>
      </w:r>
      <w:r>
        <w:rPr>
          <w:rFonts w:cs="Times New Roman"/>
        </w:rPr>
        <w:t>занием причин.</w:t>
      </w:r>
    </w:p>
    <w:p w:rsidR="00CE2826" w:rsidRDefault="006A791B">
      <w:r>
        <w:rPr>
          <w:rFonts w:cs="Times New Roman"/>
        </w:rPr>
        <w:t>36.5. Повторный запрос, не содержащий новых оснований, рассматривается с учетом ограничений, предусмотренных статьей 14 Федерального закона № 152-ФЗ.</w:t>
      </w:r>
    </w:p>
    <w:p w:rsidR="00CE2826" w:rsidRDefault="006A791B">
      <w:r>
        <w:rPr>
          <w:rFonts w:cs="Times New Roman"/>
        </w:rPr>
        <w:t>36.6. Требование прекратить обработку исполняется в течение десяти рабочих дней, если отсут</w:t>
      </w:r>
      <w:r>
        <w:rPr>
          <w:rFonts w:cs="Times New Roman"/>
        </w:rPr>
        <w:t>ствует предусмотренное законом основание продолжать обработку; срок может быть продлен не более чем на пять рабочих дней с мотивированным уведомлением.</w:t>
      </w:r>
    </w:p>
    <w:p w:rsidR="00CE2826" w:rsidRDefault="006A791B">
      <w:r>
        <w:rPr>
          <w:rFonts w:cs="Times New Roman"/>
        </w:rPr>
        <w:t>36.7. Общий срок договорного обращения не применяется вместо специальных сокращенных сроков законодатель</w:t>
      </w:r>
      <w:r>
        <w:rPr>
          <w:rFonts w:cs="Times New Roman"/>
        </w:rPr>
        <w:t>ства о персональных данных, рекламе и защите прав потребителей.</w:t>
      </w:r>
    </w:p>
    <w:p w:rsidR="00CE2826" w:rsidRDefault="006A791B">
      <w:r>
        <w:rPr>
          <w:rFonts w:cs="Times New Roman"/>
        </w:rPr>
        <w:t>36.8. При отказе оператор направляет мотивированный ответ со ссылкой на основание и разъясняет право обжалования.</w:t>
      </w:r>
    </w:p>
    <w:p w:rsidR="00CE2826" w:rsidRDefault="006A791B">
      <w:pPr>
        <w:keepNext/>
        <w:spacing w:before="120"/>
        <w:jc w:val="center"/>
      </w:pPr>
      <w:r>
        <w:rPr>
          <w:rFonts w:cs="Times New Roman"/>
          <w:b/>
        </w:rPr>
        <w:t>37. МЕРЫ ПО ОБЕСПЕЧЕНИЮ БЕЗОПАСНОСТИ</w:t>
      </w:r>
    </w:p>
    <w:p w:rsidR="00CE2826" w:rsidRDefault="006A791B">
      <w:r>
        <w:rPr>
          <w:rFonts w:cs="Times New Roman"/>
        </w:rPr>
        <w:t>37.1. Оператор определяет актуальные угро</w:t>
      </w:r>
      <w:r>
        <w:rPr>
          <w:rFonts w:cs="Times New Roman"/>
        </w:rPr>
        <w:t>зы, оценивает возможный вред и выбирает правовые, организационные и технические меры, соответствующие риску.</w:t>
      </w:r>
    </w:p>
    <w:p w:rsidR="00CE2826" w:rsidRDefault="006A791B">
      <w:r>
        <w:rPr>
          <w:rFonts w:cs="Times New Roman"/>
        </w:rPr>
        <w:t>37.2. Утверждаются локальные правила доступа, реагирования на инцидент, резервного копирования, уничтожения, работы с обращениями и привлечения под</w:t>
      </w:r>
      <w:r>
        <w:rPr>
          <w:rFonts w:cs="Times New Roman"/>
        </w:rPr>
        <w:t>рядчиков.</w:t>
      </w:r>
    </w:p>
    <w:p w:rsidR="00CE2826" w:rsidRDefault="006A791B">
      <w:r>
        <w:rPr>
          <w:rFonts w:cs="Times New Roman"/>
        </w:rPr>
        <w:t>37.3. Лица, допущенные к данным, знакомятся с требованиями закона и обязанностью соблюдать конфиденциальность.</w:t>
      </w:r>
    </w:p>
    <w:p w:rsidR="00CE2826" w:rsidRDefault="006A791B">
      <w:r>
        <w:rPr>
          <w:rFonts w:cs="Times New Roman"/>
        </w:rPr>
        <w:t>37.4. Доступ предоставляется по служебной необходимости, индивидуальным учетным записям и пересматривается при изменении функции.</w:t>
      </w:r>
    </w:p>
    <w:p w:rsidR="00CE2826" w:rsidRDefault="006A791B">
      <w:r>
        <w:rPr>
          <w:rFonts w:cs="Times New Roman"/>
        </w:rPr>
        <w:t>37.5.</w:t>
      </w:r>
      <w:r>
        <w:rPr>
          <w:rFonts w:cs="Times New Roman"/>
        </w:rPr>
        <w:t xml:space="preserve"> Применяются надежная аутентификация, защита каналов связи, своевременное обновление WordPress и компонентов, антивирусные и иные соразмерные меры.</w:t>
      </w:r>
    </w:p>
    <w:p w:rsidR="00CE2826" w:rsidRDefault="006A791B">
      <w:r>
        <w:rPr>
          <w:rFonts w:cs="Times New Roman"/>
        </w:rPr>
        <w:t xml:space="preserve">37.6. Значимые действия и события безопасности регистрируются, а резервные копии проверяются на возможность </w:t>
      </w:r>
      <w:r>
        <w:rPr>
          <w:rFonts w:cs="Times New Roman"/>
        </w:rPr>
        <w:t>восстановления.</w:t>
      </w:r>
    </w:p>
    <w:p w:rsidR="00CE2826" w:rsidRDefault="006A791B">
      <w:r>
        <w:rPr>
          <w:rFonts w:cs="Times New Roman"/>
        </w:rPr>
        <w:t>37.7. Поля формы и закрытые элементы защищаются от попадания в аналитическую запись и от публикации в открытых журналах.</w:t>
      </w:r>
    </w:p>
    <w:p w:rsidR="00CE2826" w:rsidRDefault="006A791B">
      <w:r>
        <w:rPr>
          <w:rFonts w:cs="Times New Roman"/>
        </w:rPr>
        <w:t>37.8. Проводятся внутренний контроль и периодическая проверка соответствия фактического маршрута опубликованным докумен</w:t>
      </w:r>
      <w:r>
        <w:rPr>
          <w:rFonts w:cs="Times New Roman"/>
        </w:rPr>
        <w:t>там.</w:t>
      </w:r>
    </w:p>
    <w:p w:rsidR="00CE2826" w:rsidRDefault="006A791B">
      <w:r>
        <w:rPr>
          <w:rFonts w:cs="Times New Roman"/>
        </w:rPr>
        <w:t>37.9. Абсолютная безопасность технически недостижима, но это не освобождает оператора от обязанности принимать необходимые и достаточные меры.</w:t>
      </w:r>
    </w:p>
    <w:p w:rsidR="00CE2826" w:rsidRDefault="006A791B">
      <w:pPr>
        <w:keepNext/>
        <w:spacing w:before="120"/>
        <w:jc w:val="center"/>
      </w:pPr>
      <w:r>
        <w:rPr>
          <w:rFonts w:cs="Times New Roman"/>
          <w:b/>
        </w:rPr>
        <w:t>38. ИНЦИДЕНТЫ С ПЕРСОНАЛЬНЫМИ ДАННЫМИ</w:t>
      </w:r>
    </w:p>
    <w:p w:rsidR="00CE2826" w:rsidRDefault="006A791B">
      <w:r>
        <w:rPr>
          <w:rFonts w:cs="Times New Roman"/>
        </w:rPr>
        <w:t>38.1. При выявлении неправомерного или случайного доступа оператор огр</w:t>
      </w:r>
      <w:r>
        <w:rPr>
          <w:rFonts w:cs="Times New Roman"/>
        </w:rPr>
        <w:t>аничивает событие, сохраняет доказательства и устанавливает затронутые системы, данные и лиц.</w:t>
      </w:r>
    </w:p>
    <w:p w:rsidR="00CE2826" w:rsidRDefault="006A791B">
      <w:r>
        <w:rPr>
          <w:rFonts w:cs="Times New Roman"/>
        </w:rPr>
        <w:lastRenderedPageBreak/>
        <w:t>38.2. Проводятся оценка последствий, устранение причины, восстановление безопасности и проверка необходимости уведомить субъектов.</w:t>
      </w:r>
    </w:p>
    <w:p w:rsidR="00CE2826" w:rsidRDefault="006A791B">
      <w:r>
        <w:rPr>
          <w:rFonts w:cs="Times New Roman"/>
        </w:rPr>
        <w:t>38.3. Об инциденте, повлекшем н</w:t>
      </w:r>
      <w:r>
        <w:rPr>
          <w:rFonts w:cs="Times New Roman"/>
        </w:rPr>
        <w:t>еправомерную или случайную передачу, предоставление, распространение либо доступ, Роскомнадзор уведомляется в течение двадцати четырех часов в предусмотренном законом объеме.</w:t>
      </w:r>
    </w:p>
    <w:p w:rsidR="00CE2826" w:rsidRDefault="006A791B">
      <w:r>
        <w:rPr>
          <w:rFonts w:cs="Times New Roman"/>
        </w:rPr>
        <w:t>38.4. Результаты внутреннего расследования направляются Роскомнадзору в течение с</w:t>
      </w:r>
      <w:r>
        <w:rPr>
          <w:rFonts w:cs="Times New Roman"/>
        </w:rPr>
        <w:t>емидесяти двух часов в предусмотренном законом порядке.</w:t>
      </w:r>
    </w:p>
    <w:p w:rsidR="00CE2826" w:rsidRDefault="006A791B">
      <w:r>
        <w:rPr>
          <w:rFonts w:cs="Times New Roman"/>
        </w:rPr>
        <w:t>38.5. Лицо, обрабатывающее данные по поручению, обязано сообщить оператору без неоправданной задержки и предоставить сведения для соблюдения указанных сроков.</w:t>
      </w:r>
    </w:p>
    <w:p w:rsidR="00CE2826" w:rsidRDefault="006A791B">
      <w:r>
        <w:rPr>
          <w:rFonts w:cs="Times New Roman"/>
        </w:rPr>
        <w:t xml:space="preserve">38.6. Если уведомление субъекта </w:t>
      </w:r>
      <w:r>
        <w:rPr>
          <w:rFonts w:cs="Times New Roman"/>
        </w:rPr>
        <w:t>необходимо для снижения существенного риска или предусмотрено законом, оно составляется понятно и не раскрывает данные других лиц.</w:t>
      </w:r>
    </w:p>
    <w:p w:rsidR="00CE2826" w:rsidRDefault="006A791B">
      <w:r>
        <w:rPr>
          <w:rFonts w:cs="Times New Roman"/>
        </w:rPr>
        <w:t>38.7. После инцидента пересматриваются настройки, полномочия, договоры с поставщиками и локальные меры, а не только устраняет</w:t>
      </w:r>
      <w:r>
        <w:rPr>
          <w:rFonts w:cs="Times New Roman"/>
        </w:rPr>
        <w:t>ся технический симптом.</w:t>
      </w:r>
    </w:p>
    <w:p w:rsidR="00CE2826" w:rsidRDefault="006A791B">
      <w:pPr>
        <w:keepNext/>
        <w:spacing w:before="120"/>
        <w:jc w:val="center"/>
      </w:pPr>
      <w:r>
        <w:rPr>
          <w:rFonts w:cs="Times New Roman"/>
          <w:b/>
        </w:rPr>
        <w:t>39. УВЕДОМЛЕНИЕ РОСКОМНАДЗОРА</w:t>
      </w:r>
    </w:p>
    <w:p w:rsidR="00CE2826" w:rsidRDefault="006A791B">
      <w:r>
        <w:rPr>
          <w:rFonts w:cs="Times New Roman"/>
        </w:rPr>
        <w:t>39.1. До начала обработки оператор направляет уведомление о намерении осуществлять обработку, кроме случаев, прямо предусмотренных частью 2 статьи 22 Федерального закона № 152-ФЗ.</w:t>
      </w:r>
    </w:p>
    <w:p w:rsidR="00CE2826" w:rsidRDefault="006A791B">
      <w:r>
        <w:rPr>
          <w:rFonts w:cs="Times New Roman"/>
        </w:rPr>
        <w:t>39.2. Сведения в реест</w:t>
      </w:r>
      <w:r>
        <w:rPr>
          <w:rFonts w:cs="Times New Roman"/>
        </w:rPr>
        <w:t>ре операторов должны соответствовать фактическим целям, категориям субъектов и данных, месту базы, мерам защиты и трансграничной передаче.</w:t>
      </w:r>
    </w:p>
    <w:p w:rsidR="00CE2826" w:rsidRDefault="006A791B">
      <w:r>
        <w:rPr>
          <w:rFonts w:cs="Times New Roman"/>
        </w:rPr>
        <w:t>39.3. При изменении сведений оператор направляет уведомление об изменении в установленный законом срок.</w:t>
      </w:r>
    </w:p>
    <w:p w:rsidR="00CE2826" w:rsidRDefault="006A791B">
      <w:r>
        <w:rPr>
          <w:rFonts w:cs="Times New Roman"/>
        </w:rPr>
        <w:t>39.4. При пре</w:t>
      </w:r>
      <w:r>
        <w:rPr>
          <w:rFonts w:cs="Times New Roman"/>
        </w:rPr>
        <w:t>кращении обработки направляется уведомление в предусмотренном порядке, если такая обязанность применяется.</w:t>
      </w:r>
    </w:p>
    <w:p w:rsidR="00CE2826" w:rsidRDefault="006A791B">
      <w:r>
        <w:rPr>
          <w:rFonts w:cs="Times New Roman"/>
        </w:rPr>
        <w:t>39.5. Подключение новой формы, категории субъектов, иностранного сервиса или существенной цели сопровождается проверкой необходимости актуализировать</w:t>
      </w:r>
      <w:r>
        <w:rPr>
          <w:rFonts w:cs="Times New Roman"/>
        </w:rPr>
        <w:t xml:space="preserve"> уведомление.</w:t>
      </w:r>
    </w:p>
    <w:p w:rsidR="00CE2826" w:rsidRDefault="006A791B">
      <w:r>
        <w:rPr>
          <w:rFonts w:cs="Times New Roman"/>
        </w:rPr>
        <w:t>39.6. Наличие записи в реестре не заменяет согласия, договора, локализации и иных правовых оснований.</w:t>
      </w:r>
    </w:p>
    <w:p w:rsidR="00CE2826" w:rsidRDefault="006A791B">
      <w:r>
        <w:rPr>
          <w:rFonts w:cs="Times New Roman"/>
        </w:rPr>
        <w:t>39.7. Оператор хранит подтверждения направления уведомлений и сведения, на основании которых они заполнены.</w:t>
      </w:r>
    </w:p>
    <w:p w:rsidR="00CE2826" w:rsidRDefault="006A791B">
      <w:pPr>
        <w:keepNext/>
        <w:spacing w:before="120"/>
        <w:jc w:val="center"/>
      </w:pPr>
      <w:r>
        <w:rPr>
          <w:rFonts w:cs="Times New Roman"/>
          <w:b/>
        </w:rPr>
        <w:t>40. АВТОМАТИЗИРОВАННЫЕ РЕШЕНИЯ И</w:t>
      </w:r>
      <w:r>
        <w:rPr>
          <w:rFonts w:cs="Times New Roman"/>
          <w:b/>
        </w:rPr>
        <w:t xml:space="preserve"> ИСКУССТВЕННЫЙ ИНТЕЛЛЕКТ</w:t>
      </w:r>
    </w:p>
    <w:p w:rsidR="00CE2826" w:rsidRDefault="006A791B">
      <w:r>
        <w:rPr>
          <w:rFonts w:cs="Times New Roman"/>
        </w:rPr>
        <w:t>40.1. На сайте не принимаются исключительно автоматизированным способом решения о заключении договора, цене, допуске к обучению или результате юридической оценки, порождающие юридические последствия для субъекта.</w:t>
      </w:r>
    </w:p>
    <w:p w:rsidR="00CE2826" w:rsidRDefault="006A791B">
      <w:r>
        <w:rPr>
          <w:rFonts w:cs="Times New Roman"/>
        </w:rPr>
        <w:t>40.2. Автоматическ</w:t>
      </w:r>
      <w:r>
        <w:rPr>
          <w:rFonts w:cs="Times New Roman"/>
        </w:rPr>
        <w:t>ая маршрутизация по выбранному направлению является технической операцией и при необходимости проверяется человеком.</w:t>
      </w:r>
    </w:p>
    <w:p w:rsidR="00CE2826" w:rsidRDefault="006A791B">
      <w:r>
        <w:rPr>
          <w:rFonts w:cs="Times New Roman"/>
        </w:rPr>
        <w:t>40.3. Персональные данные и конфиденциальные документы клиента не загружаются в общедоступный сервис искусственного интеллекта для обучения</w:t>
      </w:r>
      <w:r>
        <w:rPr>
          <w:rFonts w:cs="Times New Roman"/>
        </w:rPr>
        <w:t xml:space="preserve"> внешней модели только на основании настоящей Политики.</w:t>
      </w:r>
    </w:p>
    <w:p w:rsidR="00CE2826" w:rsidRDefault="006A791B">
      <w:r>
        <w:rPr>
          <w:rFonts w:cs="Times New Roman"/>
        </w:rPr>
        <w:t>40.4. Использование инструмента искусственного интеллекта требует определенной цели, подходящего основания, договорных гарантий, оценки локализации и ограничения данных.</w:t>
      </w:r>
    </w:p>
    <w:p w:rsidR="00CE2826" w:rsidRDefault="006A791B">
      <w:r>
        <w:rPr>
          <w:rFonts w:cs="Times New Roman"/>
        </w:rPr>
        <w:t>40.5. При возможности использу</w:t>
      </w:r>
      <w:r>
        <w:rPr>
          <w:rFonts w:cs="Times New Roman"/>
        </w:rPr>
        <w:t>ются обезличенные, сокращенные или синтетические материалы.</w:t>
      </w:r>
    </w:p>
    <w:p w:rsidR="00CE2826" w:rsidRDefault="006A791B">
      <w:r>
        <w:rPr>
          <w:rFonts w:cs="Times New Roman"/>
        </w:rPr>
        <w:t>40.6. Автоматическая проверка файла на формат, размер и вредоносный код не означает разрешение использовать его содержание для обучения модели.</w:t>
      </w:r>
    </w:p>
    <w:p w:rsidR="00CE2826" w:rsidRDefault="006A791B">
      <w:r>
        <w:rPr>
          <w:rFonts w:cs="Times New Roman"/>
        </w:rPr>
        <w:t>40.7. До внедрения новой функции оцениваются категор</w:t>
      </w:r>
      <w:r>
        <w:rPr>
          <w:rFonts w:cs="Times New Roman"/>
        </w:rPr>
        <w:t>ии данных, получатели, трансграничная передача, риски и необходимость отдельного согласия.</w:t>
      </w:r>
    </w:p>
    <w:p w:rsidR="00CE2826" w:rsidRDefault="006A791B">
      <w:pPr>
        <w:keepNext/>
        <w:spacing w:before="120"/>
        <w:jc w:val="center"/>
      </w:pPr>
      <w:r>
        <w:rPr>
          <w:rFonts w:cs="Times New Roman"/>
          <w:b/>
        </w:rPr>
        <w:lastRenderedPageBreak/>
        <w:t>41. КОНТРОЛЬ И ОТВЕТСТВЕННОСТЬ</w:t>
      </w:r>
    </w:p>
    <w:p w:rsidR="00CE2826" w:rsidRDefault="006A791B">
      <w:r>
        <w:rPr>
          <w:rFonts w:cs="Times New Roman"/>
        </w:rPr>
        <w:t>41.1. Оператор осуществляет внутренний контроль соответствия обработки закону, настоящей Политике и локальным документам.</w:t>
      </w:r>
    </w:p>
    <w:p w:rsidR="00CE2826" w:rsidRDefault="006A791B">
      <w:r>
        <w:rPr>
          <w:rFonts w:cs="Times New Roman"/>
        </w:rPr>
        <w:t>41.2. Провер</w:t>
      </w:r>
      <w:r>
        <w:rPr>
          <w:rFonts w:cs="Times New Roman"/>
        </w:rPr>
        <w:t>яются формы, тексты согласий, фактические получатели, сроки хранения, права доступа, журналы, резервные копии и настройки аналитики.</w:t>
      </w:r>
    </w:p>
    <w:p w:rsidR="00CE2826" w:rsidRDefault="006A791B">
      <w:r>
        <w:rPr>
          <w:rFonts w:cs="Times New Roman"/>
        </w:rPr>
        <w:t>41.3. Нарушение подрядчиком условий поручения документируется и влечет предусмотренные законом и договором меры.</w:t>
      </w:r>
    </w:p>
    <w:p w:rsidR="00CE2826" w:rsidRDefault="006A791B">
      <w:r>
        <w:rPr>
          <w:rFonts w:cs="Times New Roman"/>
        </w:rPr>
        <w:t>41.4. Лицо</w:t>
      </w:r>
      <w:r>
        <w:rPr>
          <w:rFonts w:cs="Times New Roman"/>
        </w:rPr>
        <w:t>, получившее данные по самостоятельному основанию, отвечает за определяемые им цели и операции в пределах законодательства.</w:t>
      </w:r>
    </w:p>
    <w:p w:rsidR="00CE2826" w:rsidRDefault="006A791B">
      <w:r>
        <w:rPr>
          <w:rFonts w:cs="Times New Roman"/>
        </w:rPr>
        <w:t>41.5. Заявитель отвечает за законность передачи данных третьих лиц, но такое положение не освобождает оператора от проверки очевидны</w:t>
      </w:r>
      <w:r>
        <w:rPr>
          <w:rFonts w:cs="Times New Roman"/>
        </w:rPr>
        <w:t>х рисков и собственных обязанностей.</w:t>
      </w:r>
    </w:p>
    <w:p w:rsidR="00CE2826" w:rsidRDefault="006A791B">
      <w:r>
        <w:rPr>
          <w:rFonts w:cs="Times New Roman"/>
        </w:rPr>
        <w:t>41.6. Положения Политики не ограничивают право субъекта на возмещение вреда и иные способы защиты.</w:t>
      </w:r>
    </w:p>
    <w:p w:rsidR="00CE2826" w:rsidRDefault="006A791B">
      <w:r>
        <w:rPr>
          <w:rFonts w:cs="Times New Roman"/>
        </w:rPr>
        <w:t>41.7. Оператор устраняет выявленное несоответствие и изменяет процесс, если опубликованное описание перестало соответств</w:t>
      </w:r>
      <w:r>
        <w:rPr>
          <w:rFonts w:cs="Times New Roman"/>
        </w:rPr>
        <w:t>овать фактической обработке.</w:t>
      </w:r>
    </w:p>
    <w:p w:rsidR="00CE2826" w:rsidRDefault="006A791B">
      <w:pPr>
        <w:keepNext/>
        <w:spacing w:before="120"/>
        <w:jc w:val="center"/>
      </w:pPr>
      <w:r>
        <w:rPr>
          <w:rFonts w:cs="Times New Roman"/>
          <w:b/>
        </w:rPr>
        <w:t>42. ИЗМЕНЕНИЕ ПОЛИТИКИ</w:t>
      </w:r>
    </w:p>
    <w:p w:rsidR="00CE2826" w:rsidRDefault="006A791B">
      <w:r>
        <w:rPr>
          <w:rFonts w:cs="Times New Roman"/>
        </w:rPr>
        <w:t>42.1. Оператор пересматривает Политику при изменении законодательства, целей, состава данных, получателей, инфраструктуры или функциональности сайта.</w:t>
      </w:r>
    </w:p>
    <w:p w:rsidR="00CE2826" w:rsidRDefault="006A791B">
      <w:r>
        <w:rPr>
          <w:rFonts w:cs="Times New Roman"/>
        </w:rPr>
        <w:t xml:space="preserve">42.2. Новая версия публикуется по адресу </w:t>
      </w:r>
      <w:r>
        <w:rPr>
          <w:rFonts w:cs="Times New Roman"/>
        </w:rPr>
        <w:t>https://lisrent-edu.ru и применяется с момента публикации, если законом или самим документом не предусмотрено иное.</w:t>
      </w:r>
    </w:p>
    <w:p w:rsidR="00CE2826" w:rsidRDefault="006A791B">
      <w:r>
        <w:rPr>
          <w:rFonts w:cs="Times New Roman"/>
        </w:rPr>
        <w:t>42.3. Изменение Политики не расширяет ранее данное согласие и не создает новую несовместимую цель задним числом.</w:t>
      </w:r>
    </w:p>
    <w:p w:rsidR="00CE2826" w:rsidRDefault="006A791B">
      <w:r>
        <w:rPr>
          <w:rFonts w:cs="Times New Roman"/>
        </w:rPr>
        <w:t xml:space="preserve">42.4. Если новая обработка </w:t>
      </w:r>
      <w:r>
        <w:rPr>
          <w:rFonts w:cs="Times New Roman"/>
        </w:rPr>
        <w:t>требует согласия, она начинается после получения отдельного волеизъявления.</w:t>
      </w:r>
    </w:p>
    <w:p w:rsidR="00CE2826" w:rsidRDefault="006A791B">
      <w:r>
        <w:rPr>
          <w:rFonts w:cs="Times New Roman"/>
        </w:rPr>
        <w:t>42.5. Архив версий хранится оператором для подтверждения условий, действовавших при конкретном взаимодействии.</w:t>
      </w:r>
    </w:p>
    <w:p w:rsidR="00CE2826" w:rsidRDefault="006A791B">
      <w:r>
        <w:rPr>
          <w:rFonts w:cs="Times New Roman"/>
        </w:rPr>
        <w:t>42.6. Продолжение просмотра общедоступной страницы не считается согла</w:t>
      </w:r>
      <w:r>
        <w:rPr>
          <w:rFonts w:cs="Times New Roman"/>
        </w:rPr>
        <w:t>сием на рекламу, аналитику, распространение или иную необязательную цель.</w:t>
      </w:r>
    </w:p>
    <w:p w:rsidR="00CE2826" w:rsidRDefault="006A791B">
      <w:r>
        <w:rPr>
          <w:rFonts w:cs="Times New Roman"/>
        </w:rPr>
        <w:t>42.7. Существенные изменения доводятся до затронутых лиц доступным способом до начала новой обработки.</w:t>
      </w:r>
    </w:p>
    <w:p w:rsidR="00CE2826" w:rsidRDefault="006A791B">
      <w:pPr>
        <w:keepNext/>
        <w:spacing w:before="120"/>
        <w:jc w:val="center"/>
      </w:pPr>
      <w:r>
        <w:rPr>
          <w:rFonts w:cs="Times New Roman"/>
          <w:b/>
        </w:rPr>
        <w:t>43. ЗАКЛЮЧИТЕЛЬНЫЕ ПОЛОЖЕНИЯ</w:t>
      </w:r>
    </w:p>
    <w:p w:rsidR="00CE2826" w:rsidRDefault="006A791B">
      <w:r>
        <w:rPr>
          <w:rFonts w:cs="Times New Roman"/>
        </w:rPr>
        <w:t>43.1. Политика применяется вместе с Политикой конф</w:t>
      </w:r>
      <w:r>
        <w:rPr>
          <w:rFonts w:cs="Times New Roman"/>
        </w:rPr>
        <w:t>иденциальности, отдельным согласием на обработку данных, cookie-согласием, рекламным согласием и согласием на распространение, когда оно требуется.</w:t>
      </w:r>
    </w:p>
    <w:p w:rsidR="00CE2826" w:rsidRDefault="006A791B">
      <w:r>
        <w:rPr>
          <w:rFonts w:cs="Times New Roman"/>
        </w:rPr>
        <w:t>43.2. Для отношений на платформе https://lisrent.online применяются самостоятельные документы платформы.</w:t>
      </w:r>
    </w:p>
    <w:p w:rsidR="00CE2826" w:rsidRDefault="006A791B">
      <w:r>
        <w:rPr>
          <w:rFonts w:cs="Times New Roman"/>
        </w:rPr>
        <w:t>43.</w:t>
      </w:r>
      <w:r>
        <w:rPr>
          <w:rFonts w:cs="Times New Roman"/>
        </w:rPr>
        <w:t>3. Условия оказания услуг, стоимость, ответственность, интеллектуальные права и порядок расчетов устанавливаются отдельным договором и не регулируются настоящей Политикой.</w:t>
      </w:r>
    </w:p>
    <w:p w:rsidR="00CE2826" w:rsidRDefault="006A791B">
      <w:r>
        <w:rPr>
          <w:rFonts w:cs="Times New Roman"/>
        </w:rPr>
        <w:t>43.4. Недействительность отдельного положения не прекращает действие остальных полож</w:t>
      </w:r>
      <w:r>
        <w:rPr>
          <w:rFonts w:cs="Times New Roman"/>
        </w:rPr>
        <w:t>ений в допустимой законом части.</w:t>
      </w:r>
    </w:p>
    <w:p w:rsidR="00CE2826" w:rsidRDefault="006A791B">
      <w:r>
        <w:rPr>
          <w:rFonts w:cs="Times New Roman"/>
        </w:rPr>
        <w:t>43.5. При противоречии императивной норме применяется законодательство Российской Федерации.</w:t>
      </w:r>
    </w:p>
    <w:p w:rsidR="00CE2826" w:rsidRDefault="006A791B">
      <w:r>
        <w:rPr>
          <w:rFonts w:cs="Times New Roman"/>
        </w:rPr>
        <w:t>43.6. Обращения направляются на lisrent@online-org.ru.</w:t>
      </w:r>
    </w:p>
    <w:p w:rsidR="00CE2826" w:rsidRDefault="006A791B">
      <w:r>
        <w:rPr>
          <w:rFonts w:cs="Times New Roman"/>
        </w:rPr>
        <w:t>43.7. Оператор: ИП Магомадов Аслан Гериханович, ИНН 201010728477, ОГРНИП 32</w:t>
      </w:r>
      <w:r>
        <w:rPr>
          <w:rFonts w:cs="Times New Roman"/>
        </w:rPr>
        <w:t>2100000003210, Республика Карелия, город Кондопога.</w:t>
      </w:r>
    </w:p>
    <w:p w:rsidR="00CE2826" w:rsidRDefault="006A791B">
      <w:r>
        <w:rPr>
          <w:rFonts w:cs="Times New Roman"/>
        </w:rPr>
        <w:t>43.8. Документ размещается в свободном доступе на https://lisrent-edu.ru на каждой странице или через доступную ссылку со страницы, где осуществляется сбор персональных данных.</w:t>
      </w:r>
    </w:p>
    <w:sectPr w:rsidR="00CE2826" w:rsidSect="00034616">
      <w:pgSz w:w="11906" w:h="16838"/>
      <w:pgMar w:top="907" w:right="1020" w:bottom="907" w:left="1134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A791B"/>
    <w:rsid w:val="00AA1D8D"/>
    <w:rsid w:val="00B47730"/>
    <w:rsid w:val="00CB0664"/>
    <w:rsid w:val="00CE282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09C3079C-ACC4-4AA9-82AF-6DF604BF5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60" w:line="240" w:lineRule="auto"/>
      <w:jc w:val="both"/>
    </w:pPr>
    <w:rPr>
      <w:rFonts w:ascii="Times New Roman" w:eastAsia="Times New Roman" w:hAnsi="Times New Roman"/>
      <w:color w:val="000000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C0D111B-66CC-4C6F-A157-7CDC82B508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7395</Words>
  <Characters>42153</Characters>
  <Application>Microsoft Office Word</Application>
  <DocSecurity>0</DocSecurity>
  <Lines>351</Lines>
  <Paragraphs>98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Политика обработки персональных данных</vt:lpstr>
      <vt:lpstr/>
    </vt:vector>
  </TitlesOfParts>
  <Manager/>
  <Company/>
  <LinksUpToDate>false</LinksUpToDate>
  <CharactersWithSpaces>49450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Политика обработки персональных данных</dc:title>
  <dc:subject>Политика обработки персональных данных сайта LISRENT EDU</dc:subject>
  <dc:creator>LISRENT</dc:creator>
  <cp:keywords>LISRENT, персональные данные, конфиденциальность, соглашение</cp:keywords>
  <dc:description>generated by python-docx</dc:description>
  <cp:lastModifiedBy>Аслан 44</cp:lastModifiedBy>
  <cp:revision>2</cp:revision>
  <dcterms:created xsi:type="dcterms:W3CDTF">2026-08-23T21:42:00Z</dcterms:created>
  <dcterms:modified xsi:type="dcterms:W3CDTF">2026-08-23T21:42:00Z</dcterms:modified>
  <cp:category/>
</cp:coreProperties>
</file>